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0EC36" w14:textId="4B4B3362" w:rsidR="00D83847" w:rsidRPr="00D83847" w:rsidRDefault="00D83847" w:rsidP="00D83847">
      <w:pPr>
        <w:jc w:val="center"/>
        <w:rPr>
          <w:b/>
          <w:color w:val="EE0000"/>
          <w:sz w:val="28"/>
          <w:lang w:val="sl-SI"/>
        </w:rPr>
      </w:pPr>
      <w:r w:rsidRPr="00D83847">
        <w:rPr>
          <w:b/>
          <w:color w:val="EE0000"/>
          <w:sz w:val="28"/>
          <w:lang w:val="sl-SI"/>
        </w:rPr>
        <w:t>TA VERZIJA PRIJAVNEGA OBRAZCA NI VELJAVNA. PRIJAVNI OBRAZEC JE VELJAVEN, KO JE ZAKLJUČEN V SPLETNI</w:t>
      </w:r>
      <w:r>
        <w:rPr>
          <w:b/>
          <w:color w:val="EE0000"/>
          <w:sz w:val="28"/>
          <w:lang w:val="sl-SI"/>
        </w:rPr>
        <w:t xml:space="preserve"> </w:t>
      </w:r>
      <w:r w:rsidRPr="00D83847">
        <w:rPr>
          <w:b/>
          <w:color w:val="EE0000"/>
          <w:sz w:val="28"/>
          <w:lang w:val="sl-SI"/>
        </w:rPr>
        <w:t>APLIKACIJI.</w:t>
      </w:r>
    </w:p>
    <w:p w14:paraId="34544D73" w14:textId="391E1C9F" w:rsidR="00D83847" w:rsidRDefault="00D83847" w:rsidP="00D83847">
      <w:pPr>
        <w:jc w:val="center"/>
        <w:rPr>
          <w:b/>
          <w:sz w:val="28"/>
          <w:lang w:val="sl-SI"/>
        </w:rPr>
      </w:pPr>
    </w:p>
    <w:p w14:paraId="7EFA2BCE" w14:textId="79F7D932" w:rsidR="001A7832" w:rsidRPr="0052733D" w:rsidRDefault="00000000">
      <w:pPr>
        <w:jc w:val="center"/>
        <w:rPr>
          <w:lang w:val="sl-SI"/>
        </w:rPr>
      </w:pPr>
      <w:r w:rsidRPr="0052733D">
        <w:rPr>
          <w:b/>
          <w:sz w:val="28"/>
          <w:lang w:val="sl-SI"/>
        </w:rPr>
        <w:t>VLOGA – 4. JAVNI POZIV LAS PRLEKIJA</w:t>
      </w:r>
    </w:p>
    <w:p w14:paraId="5E6F7CD6" w14:textId="77777777" w:rsidR="001A7832" w:rsidRPr="0052733D" w:rsidRDefault="00000000">
      <w:pPr>
        <w:jc w:val="center"/>
        <w:rPr>
          <w:lang w:val="sl-SI"/>
        </w:rPr>
      </w:pPr>
      <w:r w:rsidRPr="0052733D">
        <w:rPr>
          <w:i/>
          <w:lang w:val="sl-SI"/>
        </w:rPr>
        <w:t>Vzorec prijavnega obrazca – prazna, urejevalna različica</w:t>
      </w:r>
    </w:p>
    <w:p w14:paraId="76151972" w14:textId="77777777" w:rsidR="001A7832" w:rsidRPr="0052733D" w:rsidRDefault="00000000">
      <w:pPr>
        <w:rPr>
          <w:lang w:val="sl-SI"/>
        </w:rPr>
      </w:pPr>
      <w:r w:rsidRPr="0052733D">
        <w:rPr>
          <w:lang w:val="sl-SI"/>
        </w:rPr>
        <w:t>4. javni poziv za izbor projektov za uresničevanje ukrepov Strategije lokalnega razvoja za Lokalno akcijsko skupino Prlekija v programskem obdobju 2021–2027 (sklad ESRR)</w:t>
      </w: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6494D4E6" w14:textId="77777777">
        <w:trPr>
          <w:jc w:val="center"/>
        </w:trPr>
        <w:tc>
          <w:tcPr>
            <w:tcW w:w="3384" w:type="dxa"/>
            <w:vAlign w:val="center"/>
          </w:tcPr>
          <w:p w14:paraId="227E2659" w14:textId="3A578650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A_01</w:t>
            </w:r>
            <w:r w:rsidRPr="0052733D">
              <w:rPr>
                <w:b/>
                <w:sz w:val="17"/>
                <w:lang w:val="sl-SI"/>
              </w:rPr>
              <w:br/>
              <w:t>Naziv projekta</w:t>
            </w:r>
            <w:r w:rsidR="00024BC6" w:rsidRPr="0052733D">
              <w:rPr>
                <w:b/>
                <w:sz w:val="17"/>
                <w:lang w:val="sl-SI"/>
              </w:rPr>
              <w:t xml:space="preserve"> </w:t>
            </w:r>
            <w:r w:rsidR="00024BC6" w:rsidRPr="0052733D">
              <w:rPr>
                <w:i/>
                <w:sz w:val="16"/>
                <w:lang w:val="sl-SI"/>
              </w:rPr>
              <w:t>do 30 znakov</w:t>
            </w:r>
          </w:p>
        </w:tc>
        <w:tc>
          <w:tcPr>
            <w:tcW w:w="7128" w:type="dxa"/>
            <w:vAlign w:val="center"/>
          </w:tcPr>
          <w:p w14:paraId="5C91E897" w14:textId="07492BE3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3CB878E9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42094EAF" w14:textId="77777777">
        <w:trPr>
          <w:jc w:val="center"/>
        </w:trPr>
        <w:tc>
          <w:tcPr>
            <w:tcW w:w="3384" w:type="dxa"/>
            <w:vAlign w:val="center"/>
          </w:tcPr>
          <w:p w14:paraId="0C035811" w14:textId="4C97B7D1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A_02</w:t>
            </w:r>
            <w:r w:rsidRPr="0052733D">
              <w:rPr>
                <w:b/>
                <w:sz w:val="17"/>
                <w:lang w:val="sl-SI"/>
              </w:rPr>
              <w:br/>
              <w:t>Akronim projekta</w:t>
            </w:r>
            <w:r w:rsidR="00024BC6" w:rsidRPr="0052733D">
              <w:rPr>
                <w:b/>
                <w:sz w:val="17"/>
                <w:lang w:val="sl-SI"/>
              </w:rPr>
              <w:t xml:space="preserve"> </w:t>
            </w:r>
            <w:r w:rsidR="00024BC6" w:rsidRPr="0052733D">
              <w:rPr>
                <w:i/>
                <w:sz w:val="16"/>
                <w:lang w:val="sl-SI"/>
              </w:rPr>
              <w:t>do 10 znakov</w:t>
            </w:r>
          </w:p>
        </w:tc>
        <w:tc>
          <w:tcPr>
            <w:tcW w:w="7128" w:type="dxa"/>
            <w:vAlign w:val="center"/>
          </w:tcPr>
          <w:p w14:paraId="77563A59" w14:textId="5A880ADE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7A1C6E35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188DE764" w14:textId="77777777">
        <w:trPr>
          <w:jc w:val="center"/>
        </w:trPr>
        <w:tc>
          <w:tcPr>
            <w:tcW w:w="3384" w:type="dxa"/>
            <w:vAlign w:val="center"/>
          </w:tcPr>
          <w:p w14:paraId="2FBCD0E7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A_03</w:t>
            </w:r>
            <w:r w:rsidRPr="0052733D">
              <w:rPr>
                <w:b/>
                <w:sz w:val="17"/>
                <w:lang w:val="sl-SI"/>
              </w:rPr>
              <w:br/>
              <w:t>Prijavitelj / vodilni partner – polni naziv</w:t>
            </w:r>
          </w:p>
        </w:tc>
        <w:tc>
          <w:tcPr>
            <w:tcW w:w="7128" w:type="dxa"/>
            <w:vAlign w:val="center"/>
          </w:tcPr>
          <w:p w14:paraId="79A70C40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16F2AFC9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D83847" w14:paraId="2D1CEA79" w14:textId="77777777">
        <w:trPr>
          <w:jc w:val="center"/>
        </w:trPr>
        <w:tc>
          <w:tcPr>
            <w:tcW w:w="3384" w:type="dxa"/>
            <w:vAlign w:val="center"/>
          </w:tcPr>
          <w:p w14:paraId="774E7E4B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A_04</w:t>
            </w:r>
            <w:r w:rsidRPr="0052733D">
              <w:rPr>
                <w:b/>
                <w:sz w:val="17"/>
                <w:lang w:val="sl-SI"/>
              </w:rPr>
              <w:br/>
              <w:t>Prijavitelj / vodilni partner – skrajšani naziv</w:t>
            </w:r>
          </w:p>
        </w:tc>
        <w:tc>
          <w:tcPr>
            <w:tcW w:w="7128" w:type="dxa"/>
            <w:vAlign w:val="center"/>
          </w:tcPr>
          <w:p w14:paraId="19500001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495C0211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1E626C25" w14:textId="77777777">
        <w:trPr>
          <w:jc w:val="center"/>
        </w:trPr>
        <w:tc>
          <w:tcPr>
            <w:tcW w:w="3384" w:type="dxa"/>
            <w:vAlign w:val="center"/>
          </w:tcPr>
          <w:p w14:paraId="69C82568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A_05</w:t>
            </w:r>
            <w:r w:rsidRPr="0052733D">
              <w:rPr>
                <w:b/>
                <w:sz w:val="17"/>
                <w:lang w:val="sl-SI"/>
              </w:rPr>
              <w:br/>
              <w:t>Naslov – ulica in hišna številka</w:t>
            </w:r>
          </w:p>
        </w:tc>
        <w:tc>
          <w:tcPr>
            <w:tcW w:w="7128" w:type="dxa"/>
            <w:vAlign w:val="center"/>
          </w:tcPr>
          <w:p w14:paraId="3E5001D0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40DB8A47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0A4B73C3" w14:textId="77777777">
        <w:trPr>
          <w:jc w:val="center"/>
        </w:trPr>
        <w:tc>
          <w:tcPr>
            <w:tcW w:w="3384" w:type="dxa"/>
            <w:vAlign w:val="center"/>
          </w:tcPr>
          <w:p w14:paraId="4154A088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A_06</w:t>
            </w:r>
            <w:r w:rsidRPr="0052733D">
              <w:rPr>
                <w:b/>
                <w:sz w:val="17"/>
                <w:lang w:val="sl-SI"/>
              </w:rPr>
              <w:br/>
              <w:t>Poštna številka</w:t>
            </w:r>
          </w:p>
        </w:tc>
        <w:tc>
          <w:tcPr>
            <w:tcW w:w="7128" w:type="dxa"/>
            <w:vAlign w:val="center"/>
          </w:tcPr>
          <w:p w14:paraId="669F59F8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0BA4AC33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1AED40EC" w14:textId="77777777">
        <w:trPr>
          <w:jc w:val="center"/>
        </w:trPr>
        <w:tc>
          <w:tcPr>
            <w:tcW w:w="3384" w:type="dxa"/>
            <w:vAlign w:val="center"/>
          </w:tcPr>
          <w:p w14:paraId="476EE862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A_07</w:t>
            </w:r>
            <w:r w:rsidRPr="0052733D">
              <w:rPr>
                <w:b/>
                <w:sz w:val="17"/>
                <w:lang w:val="sl-SI"/>
              </w:rPr>
              <w:br/>
              <w:t>Pošta</w:t>
            </w:r>
          </w:p>
        </w:tc>
        <w:tc>
          <w:tcPr>
            <w:tcW w:w="7128" w:type="dxa"/>
            <w:vAlign w:val="center"/>
          </w:tcPr>
          <w:p w14:paraId="04D5D8DD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1AE05EC6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6877B65A" w14:textId="77777777">
        <w:trPr>
          <w:jc w:val="center"/>
        </w:trPr>
        <w:tc>
          <w:tcPr>
            <w:tcW w:w="3384" w:type="dxa"/>
            <w:vAlign w:val="center"/>
          </w:tcPr>
          <w:p w14:paraId="2CA09EE2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A_08</w:t>
            </w:r>
            <w:r w:rsidRPr="0052733D">
              <w:rPr>
                <w:b/>
                <w:sz w:val="17"/>
                <w:lang w:val="sl-SI"/>
              </w:rPr>
              <w:br/>
              <w:t>Naslov spletne strani in/ali družbenega omrežja</w:t>
            </w:r>
          </w:p>
        </w:tc>
        <w:tc>
          <w:tcPr>
            <w:tcW w:w="7128" w:type="dxa"/>
            <w:vAlign w:val="center"/>
          </w:tcPr>
          <w:p w14:paraId="28FC0C7C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539B9B92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1A7BC3EB" w14:textId="77777777">
        <w:trPr>
          <w:jc w:val="center"/>
        </w:trPr>
        <w:tc>
          <w:tcPr>
            <w:tcW w:w="3384" w:type="dxa"/>
            <w:vAlign w:val="center"/>
          </w:tcPr>
          <w:p w14:paraId="13AC1A11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A_09</w:t>
            </w:r>
            <w:r w:rsidRPr="0052733D">
              <w:rPr>
                <w:b/>
                <w:sz w:val="17"/>
                <w:lang w:val="sl-SI"/>
              </w:rPr>
              <w:br/>
              <w:t>Naslov elektronske pošte</w:t>
            </w:r>
          </w:p>
        </w:tc>
        <w:tc>
          <w:tcPr>
            <w:tcW w:w="7128" w:type="dxa"/>
            <w:vAlign w:val="center"/>
          </w:tcPr>
          <w:p w14:paraId="4C70B27A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1917E0CB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270DF095" w14:textId="77777777">
        <w:trPr>
          <w:jc w:val="center"/>
        </w:trPr>
        <w:tc>
          <w:tcPr>
            <w:tcW w:w="3384" w:type="dxa"/>
            <w:vAlign w:val="center"/>
          </w:tcPr>
          <w:p w14:paraId="44179E18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A_10</w:t>
            </w:r>
            <w:r w:rsidRPr="0052733D">
              <w:rPr>
                <w:b/>
                <w:sz w:val="17"/>
                <w:lang w:val="sl-SI"/>
              </w:rPr>
              <w:br/>
              <w:t>Telefonska številka</w:t>
            </w:r>
          </w:p>
        </w:tc>
        <w:tc>
          <w:tcPr>
            <w:tcW w:w="7128" w:type="dxa"/>
            <w:vAlign w:val="center"/>
          </w:tcPr>
          <w:p w14:paraId="5918CA18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5CD35340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D83847" w14:paraId="037F0474" w14:textId="77777777">
        <w:trPr>
          <w:jc w:val="center"/>
        </w:trPr>
        <w:tc>
          <w:tcPr>
            <w:tcW w:w="3384" w:type="dxa"/>
            <w:vAlign w:val="center"/>
          </w:tcPr>
          <w:p w14:paraId="322DB743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A_11</w:t>
            </w:r>
            <w:r w:rsidRPr="0052733D">
              <w:rPr>
                <w:b/>
                <w:sz w:val="17"/>
                <w:lang w:val="sl-SI"/>
              </w:rPr>
              <w:br/>
              <w:t>Odgovorna oseba – ime in priimek</w:t>
            </w:r>
          </w:p>
        </w:tc>
        <w:tc>
          <w:tcPr>
            <w:tcW w:w="7128" w:type="dxa"/>
            <w:vAlign w:val="center"/>
          </w:tcPr>
          <w:p w14:paraId="1EDC463B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3ADA8067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7784D2E5" w14:textId="77777777">
        <w:trPr>
          <w:jc w:val="center"/>
        </w:trPr>
        <w:tc>
          <w:tcPr>
            <w:tcW w:w="3384" w:type="dxa"/>
            <w:vAlign w:val="center"/>
          </w:tcPr>
          <w:p w14:paraId="6B7CB3FA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A_12</w:t>
            </w:r>
            <w:r w:rsidRPr="0052733D">
              <w:rPr>
                <w:b/>
                <w:sz w:val="17"/>
                <w:lang w:val="sl-SI"/>
              </w:rPr>
              <w:br/>
              <w:t>Odgovorna oseba – funkcija</w:t>
            </w:r>
          </w:p>
        </w:tc>
        <w:tc>
          <w:tcPr>
            <w:tcW w:w="7128" w:type="dxa"/>
            <w:vAlign w:val="center"/>
          </w:tcPr>
          <w:p w14:paraId="2A115F61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3D9B800C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D83847" w14:paraId="149BA659" w14:textId="77777777">
        <w:trPr>
          <w:jc w:val="center"/>
        </w:trPr>
        <w:tc>
          <w:tcPr>
            <w:tcW w:w="3384" w:type="dxa"/>
            <w:vAlign w:val="center"/>
          </w:tcPr>
          <w:p w14:paraId="118C12B8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A_13</w:t>
            </w:r>
            <w:r w:rsidRPr="0052733D">
              <w:rPr>
                <w:b/>
                <w:sz w:val="17"/>
                <w:lang w:val="sl-SI"/>
              </w:rPr>
              <w:br/>
              <w:t>Sektor in statusna oblika</w:t>
            </w:r>
          </w:p>
        </w:tc>
        <w:tc>
          <w:tcPr>
            <w:tcW w:w="7128" w:type="dxa"/>
            <w:vAlign w:val="center"/>
          </w:tcPr>
          <w:p w14:paraId="45B6E5D3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a) javni sektor  b) gospodarski sektor  c) civilni sektor</w:t>
            </w:r>
          </w:p>
        </w:tc>
      </w:tr>
    </w:tbl>
    <w:p w14:paraId="32495DE1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3CF80B11" w14:textId="77777777">
        <w:trPr>
          <w:jc w:val="center"/>
        </w:trPr>
        <w:tc>
          <w:tcPr>
            <w:tcW w:w="3384" w:type="dxa"/>
            <w:vAlign w:val="center"/>
          </w:tcPr>
          <w:p w14:paraId="43A34765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A_14</w:t>
            </w:r>
            <w:r w:rsidRPr="0052733D">
              <w:rPr>
                <w:b/>
                <w:sz w:val="17"/>
                <w:lang w:val="sl-SI"/>
              </w:rPr>
              <w:br/>
              <w:t>Matična številka</w:t>
            </w:r>
          </w:p>
        </w:tc>
        <w:tc>
          <w:tcPr>
            <w:tcW w:w="7128" w:type="dxa"/>
            <w:vAlign w:val="center"/>
          </w:tcPr>
          <w:p w14:paraId="69F6D28B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12CD6C96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6A82F94E" w14:textId="77777777">
        <w:trPr>
          <w:jc w:val="center"/>
        </w:trPr>
        <w:tc>
          <w:tcPr>
            <w:tcW w:w="3384" w:type="dxa"/>
            <w:vAlign w:val="center"/>
          </w:tcPr>
          <w:p w14:paraId="6DCB6F10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A_15</w:t>
            </w:r>
            <w:r w:rsidRPr="0052733D">
              <w:rPr>
                <w:b/>
                <w:sz w:val="17"/>
                <w:lang w:val="sl-SI"/>
              </w:rPr>
              <w:br/>
              <w:t>Davčna številka</w:t>
            </w:r>
          </w:p>
        </w:tc>
        <w:tc>
          <w:tcPr>
            <w:tcW w:w="7128" w:type="dxa"/>
            <w:vAlign w:val="center"/>
          </w:tcPr>
          <w:p w14:paraId="307097F9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3DA31AF9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17669AB5" w14:textId="77777777">
        <w:trPr>
          <w:jc w:val="center"/>
        </w:trPr>
        <w:tc>
          <w:tcPr>
            <w:tcW w:w="3384" w:type="dxa"/>
            <w:vAlign w:val="center"/>
          </w:tcPr>
          <w:p w14:paraId="354EA30A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lastRenderedPageBreak/>
              <w:t>A_16</w:t>
            </w:r>
            <w:r w:rsidRPr="0052733D">
              <w:rPr>
                <w:b/>
                <w:sz w:val="17"/>
                <w:lang w:val="sl-SI"/>
              </w:rPr>
              <w:br/>
              <w:t>Zavezanec za DDV</w:t>
            </w:r>
          </w:p>
        </w:tc>
        <w:tc>
          <w:tcPr>
            <w:tcW w:w="7128" w:type="dxa"/>
            <w:vAlign w:val="center"/>
          </w:tcPr>
          <w:p w14:paraId="24D195A5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Da / Ne</w:t>
            </w:r>
          </w:p>
        </w:tc>
      </w:tr>
    </w:tbl>
    <w:p w14:paraId="5649DB55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48459992" w14:textId="77777777">
        <w:trPr>
          <w:jc w:val="center"/>
        </w:trPr>
        <w:tc>
          <w:tcPr>
            <w:tcW w:w="3384" w:type="dxa"/>
            <w:vAlign w:val="center"/>
          </w:tcPr>
          <w:p w14:paraId="6A7033F4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A_17</w:t>
            </w:r>
            <w:r w:rsidRPr="0052733D">
              <w:rPr>
                <w:b/>
                <w:sz w:val="17"/>
                <w:lang w:val="sl-SI"/>
              </w:rPr>
              <w:br/>
              <w:t>Zavezanec za javno naročanje</w:t>
            </w:r>
          </w:p>
        </w:tc>
        <w:tc>
          <w:tcPr>
            <w:tcW w:w="7128" w:type="dxa"/>
            <w:vAlign w:val="center"/>
          </w:tcPr>
          <w:p w14:paraId="6D85FCF1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Da / Ne</w:t>
            </w:r>
          </w:p>
        </w:tc>
      </w:tr>
    </w:tbl>
    <w:p w14:paraId="31213ECC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44B724C4" w14:textId="77777777">
        <w:trPr>
          <w:jc w:val="center"/>
        </w:trPr>
        <w:tc>
          <w:tcPr>
            <w:tcW w:w="3384" w:type="dxa"/>
            <w:vAlign w:val="center"/>
          </w:tcPr>
          <w:p w14:paraId="6372D9E5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A_18</w:t>
            </w:r>
            <w:r w:rsidRPr="0052733D">
              <w:rPr>
                <w:b/>
                <w:sz w:val="17"/>
                <w:lang w:val="sl-SI"/>
              </w:rPr>
              <w:br/>
              <w:t>Transakcijski račun vlagatelja</w:t>
            </w:r>
          </w:p>
        </w:tc>
        <w:tc>
          <w:tcPr>
            <w:tcW w:w="7128" w:type="dxa"/>
            <w:vAlign w:val="center"/>
          </w:tcPr>
          <w:p w14:paraId="481E1276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410A3C42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D83847" w14:paraId="48DC2765" w14:textId="77777777">
        <w:trPr>
          <w:jc w:val="center"/>
        </w:trPr>
        <w:tc>
          <w:tcPr>
            <w:tcW w:w="3384" w:type="dxa"/>
            <w:vAlign w:val="center"/>
          </w:tcPr>
          <w:p w14:paraId="40B68DA3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A_19</w:t>
            </w:r>
            <w:r w:rsidRPr="0052733D">
              <w:rPr>
                <w:b/>
                <w:sz w:val="17"/>
                <w:lang w:val="sl-SI"/>
              </w:rPr>
              <w:br/>
              <w:t>Naziv banke in sedež</w:t>
            </w:r>
          </w:p>
        </w:tc>
        <w:tc>
          <w:tcPr>
            <w:tcW w:w="7128" w:type="dxa"/>
            <w:vAlign w:val="center"/>
          </w:tcPr>
          <w:p w14:paraId="36648201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40E02F06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D83847" w14:paraId="7857959B" w14:textId="77777777">
        <w:trPr>
          <w:jc w:val="center"/>
        </w:trPr>
        <w:tc>
          <w:tcPr>
            <w:tcW w:w="3384" w:type="dxa"/>
            <w:vAlign w:val="center"/>
          </w:tcPr>
          <w:p w14:paraId="7378D125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A_20</w:t>
            </w:r>
            <w:r w:rsidRPr="0052733D">
              <w:rPr>
                <w:b/>
                <w:sz w:val="17"/>
                <w:lang w:val="sl-SI"/>
              </w:rPr>
              <w:br/>
              <w:t>Kontaktna oseba vlagatelja projekta – ime in priimek</w:t>
            </w:r>
          </w:p>
        </w:tc>
        <w:tc>
          <w:tcPr>
            <w:tcW w:w="7128" w:type="dxa"/>
            <w:vAlign w:val="center"/>
          </w:tcPr>
          <w:p w14:paraId="7CFC5BB8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53134D93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D83847" w14:paraId="2ED98156" w14:textId="77777777">
        <w:trPr>
          <w:jc w:val="center"/>
        </w:trPr>
        <w:tc>
          <w:tcPr>
            <w:tcW w:w="3384" w:type="dxa"/>
            <w:vAlign w:val="center"/>
          </w:tcPr>
          <w:p w14:paraId="2693DA65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A_21</w:t>
            </w:r>
            <w:r w:rsidRPr="0052733D">
              <w:rPr>
                <w:b/>
                <w:sz w:val="17"/>
                <w:lang w:val="sl-SI"/>
              </w:rPr>
              <w:br/>
              <w:t>Kontaktna oseba vlagatelja projekta – funkcija oziroma delovno mesto</w:t>
            </w:r>
          </w:p>
        </w:tc>
        <w:tc>
          <w:tcPr>
            <w:tcW w:w="7128" w:type="dxa"/>
            <w:vAlign w:val="center"/>
          </w:tcPr>
          <w:p w14:paraId="112E0DF1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69438F37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D83847" w14:paraId="51F5389C" w14:textId="77777777">
        <w:trPr>
          <w:jc w:val="center"/>
        </w:trPr>
        <w:tc>
          <w:tcPr>
            <w:tcW w:w="3384" w:type="dxa"/>
            <w:vAlign w:val="center"/>
          </w:tcPr>
          <w:p w14:paraId="5FDA1C0D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A_22</w:t>
            </w:r>
            <w:r w:rsidRPr="0052733D">
              <w:rPr>
                <w:b/>
                <w:sz w:val="17"/>
                <w:lang w:val="sl-SI"/>
              </w:rPr>
              <w:br/>
              <w:t>Naslov elektronske pošte kontaktne osebe</w:t>
            </w:r>
          </w:p>
        </w:tc>
        <w:tc>
          <w:tcPr>
            <w:tcW w:w="7128" w:type="dxa"/>
            <w:vAlign w:val="center"/>
          </w:tcPr>
          <w:p w14:paraId="4D730E37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47899056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D83847" w14:paraId="3CA75A47" w14:textId="77777777">
        <w:trPr>
          <w:jc w:val="center"/>
        </w:trPr>
        <w:tc>
          <w:tcPr>
            <w:tcW w:w="3384" w:type="dxa"/>
            <w:vAlign w:val="center"/>
          </w:tcPr>
          <w:p w14:paraId="03732104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A_23</w:t>
            </w:r>
            <w:r w:rsidRPr="0052733D">
              <w:rPr>
                <w:b/>
                <w:sz w:val="17"/>
                <w:lang w:val="sl-SI"/>
              </w:rPr>
              <w:br/>
              <w:t>Telefonska številka kontaktne osebe</w:t>
            </w:r>
          </w:p>
        </w:tc>
        <w:tc>
          <w:tcPr>
            <w:tcW w:w="7128" w:type="dxa"/>
            <w:vAlign w:val="center"/>
          </w:tcPr>
          <w:p w14:paraId="72C64DE6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7B3F3B05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6B7B1853" w14:textId="77777777">
        <w:trPr>
          <w:jc w:val="center"/>
        </w:trPr>
        <w:tc>
          <w:tcPr>
            <w:tcW w:w="3384" w:type="dxa"/>
            <w:vAlign w:val="center"/>
          </w:tcPr>
          <w:p w14:paraId="43C817DE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A_24</w:t>
            </w:r>
            <w:r w:rsidRPr="0052733D">
              <w:rPr>
                <w:b/>
                <w:sz w:val="17"/>
                <w:lang w:val="sl-SI"/>
              </w:rPr>
              <w:br/>
              <w:t>Ali se prijavitelj nahaja znotraj upravičenega območja LAS?</w:t>
            </w:r>
          </w:p>
        </w:tc>
        <w:tc>
          <w:tcPr>
            <w:tcW w:w="7128" w:type="dxa"/>
            <w:vAlign w:val="center"/>
          </w:tcPr>
          <w:p w14:paraId="6E486C99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Da / Ne</w:t>
            </w:r>
          </w:p>
        </w:tc>
      </w:tr>
    </w:tbl>
    <w:p w14:paraId="6C6113F9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4FCF2FFC" w14:textId="77777777">
        <w:trPr>
          <w:jc w:val="center"/>
        </w:trPr>
        <w:tc>
          <w:tcPr>
            <w:tcW w:w="3384" w:type="dxa"/>
            <w:vAlign w:val="center"/>
          </w:tcPr>
          <w:p w14:paraId="63481FFB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A_24_a</w:t>
            </w:r>
            <w:r w:rsidRPr="0052733D">
              <w:rPr>
                <w:b/>
                <w:sz w:val="17"/>
                <w:lang w:val="sl-SI"/>
              </w:rPr>
              <w:br/>
              <w:t>Vlagatelj bo uveljavljal predplačilo?</w:t>
            </w:r>
          </w:p>
        </w:tc>
        <w:tc>
          <w:tcPr>
            <w:tcW w:w="7128" w:type="dxa"/>
            <w:vAlign w:val="center"/>
          </w:tcPr>
          <w:p w14:paraId="60FFC902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Da / Ne</w:t>
            </w:r>
          </w:p>
        </w:tc>
      </w:tr>
    </w:tbl>
    <w:p w14:paraId="5A70C3B7" w14:textId="77777777" w:rsidR="001A7832" w:rsidRPr="0052733D" w:rsidRDefault="001A7832">
      <w:pPr>
        <w:spacing w:after="20"/>
        <w:rPr>
          <w:lang w:val="sl-SI"/>
        </w:rPr>
      </w:pPr>
    </w:p>
    <w:p w14:paraId="33113646" w14:textId="77777777" w:rsidR="001A7832" w:rsidRPr="0052733D" w:rsidRDefault="00000000">
      <w:pPr>
        <w:pStyle w:val="Naslov2"/>
        <w:rPr>
          <w:lang w:val="sl-SI"/>
        </w:rPr>
      </w:pPr>
      <w:r w:rsidRPr="0052733D">
        <w:rPr>
          <w:lang w:val="sl-SI"/>
        </w:rPr>
        <w:t>Partner – osnovni podatki</w:t>
      </w: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014531BA" w14:textId="77777777">
        <w:trPr>
          <w:jc w:val="center"/>
        </w:trPr>
        <w:tc>
          <w:tcPr>
            <w:tcW w:w="3384" w:type="dxa"/>
            <w:vAlign w:val="center"/>
          </w:tcPr>
          <w:p w14:paraId="365BD965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A_26</w:t>
            </w:r>
            <w:r w:rsidRPr="0052733D">
              <w:rPr>
                <w:b/>
                <w:sz w:val="17"/>
                <w:lang w:val="sl-SI"/>
              </w:rPr>
              <w:br/>
              <w:t>Partner – polni naziv</w:t>
            </w:r>
          </w:p>
        </w:tc>
        <w:tc>
          <w:tcPr>
            <w:tcW w:w="7128" w:type="dxa"/>
            <w:vAlign w:val="center"/>
          </w:tcPr>
          <w:p w14:paraId="7CAFD9D8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56916298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45CBEEF1" w14:textId="77777777">
        <w:trPr>
          <w:jc w:val="center"/>
        </w:trPr>
        <w:tc>
          <w:tcPr>
            <w:tcW w:w="3384" w:type="dxa"/>
            <w:vAlign w:val="center"/>
          </w:tcPr>
          <w:p w14:paraId="228039A3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A_27</w:t>
            </w:r>
            <w:r w:rsidRPr="0052733D">
              <w:rPr>
                <w:b/>
                <w:sz w:val="17"/>
                <w:lang w:val="sl-SI"/>
              </w:rPr>
              <w:br/>
              <w:t>Partner – skrajšani naziv</w:t>
            </w:r>
          </w:p>
        </w:tc>
        <w:tc>
          <w:tcPr>
            <w:tcW w:w="7128" w:type="dxa"/>
            <w:vAlign w:val="center"/>
          </w:tcPr>
          <w:p w14:paraId="2C2FEE0B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3B9A7050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7FB3B675" w14:textId="77777777">
        <w:trPr>
          <w:jc w:val="center"/>
        </w:trPr>
        <w:tc>
          <w:tcPr>
            <w:tcW w:w="3384" w:type="dxa"/>
            <w:vAlign w:val="center"/>
          </w:tcPr>
          <w:p w14:paraId="2ED381F5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A_28</w:t>
            </w:r>
            <w:r w:rsidRPr="0052733D">
              <w:rPr>
                <w:b/>
                <w:sz w:val="17"/>
                <w:lang w:val="sl-SI"/>
              </w:rPr>
              <w:br/>
              <w:t>Naslov – ulica in hišna številka</w:t>
            </w:r>
          </w:p>
        </w:tc>
        <w:tc>
          <w:tcPr>
            <w:tcW w:w="7128" w:type="dxa"/>
            <w:vAlign w:val="center"/>
          </w:tcPr>
          <w:p w14:paraId="032D6621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2C6BA8BC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3777C0EF" w14:textId="77777777">
        <w:trPr>
          <w:jc w:val="center"/>
        </w:trPr>
        <w:tc>
          <w:tcPr>
            <w:tcW w:w="3384" w:type="dxa"/>
            <w:vAlign w:val="center"/>
          </w:tcPr>
          <w:p w14:paraId="3934F303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A_29</w:t>
            </w:r>
            <w:r w:rsidRPr="0052733D">
              <w:rPr>
                <w:b/>
                <w:sz w:val="17"/>
                <w:lang w:val="sl-SI"/>
              </w:rPr>
              <w:br/>
              <w:t>Poštna številka</w:t>
            </w:r>
          </w:p>
        </w:tc>
        <w:tc>
          <w:tcPr>
            <w:tcW w:w="7128" w:type="dxa"/>
            <w:vAlign w:val="center"/>
          </w:tcPr>
          <w:p w14:paraId="3F5B9534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083170E3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0E5521C1" w14:textId="77777777">
        <w:trPr>
          <w:jc w:val="center"/>
        </w:trPr>
        <w:tc>
          <w:tcPr>
            <w:tcW w:w="3384" w:type="dxa"/>
            <w:vAlign w:val="center"/>
          </w:tcPr>
          <w:p w14:paraId="6BC462B1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A_30</w:t>
            </w:r>
            <w:r w:rsidRPr="0052733D">
              <w:rPr>
                <w:b/>
                <w:sz w:val="17"/>
                <w:lang w:val="sl-SI"/>
              </w:rPr>
              <w:br/>
              <w:t>Pošta</w:t>
            </w:r>
          </w:p>
        </w:tc>
        <w:tc>
          <w:tcPr>
            <w:tcW w:w="7128" w:type="dxa"/>
            <w:vAlign w:val="center"/>
          </w:tcPr>
          <w:p w14:paraId="680B2346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72FC9D1C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2B0053D7" w14:textId="77777777">
        <w:trPr>
          <w:jc w:val="center"/>
        </w:trPr>
        <w:tc>
          <w:tcPr>
            <w:tcW w:w="3384" w:type="dxa"/>
            <w:vAlign w:val="center"/>
          </w:tcPr>
          <w:p w14:paraId="60243D9F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A_31</w:t>
            </w:r>
            <w:r w:rsidRPr="0052733D">
              <w:rPr>
                <w:b/>
                <w:sz w:val="17"/>
                <w:lang w:val="sl-SI"/>
              </w:rPr>
              <w:br/>
              <w:t>Naslov spletne strani in/ali družbenega omrežja</w:t>
            </w:r>
          </w:p>
        </w:tc>
        <w:tc>
          <w:tcPr>
            <w:tcW w:w="7128" w:type="dxa"/>
            <w:vAlign w:val="center"/>
          </w:tcPr>
          <w:p w14:paraId="695CDFBD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469D3473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0D4F9C2A" w14:textId="77777777">
        <w:trPr>
          <w:jc w:val="center"/>
        </w:trPr>
        <w:tc>
          <w:tcPr>
            <w:tcW w:w="3384" w:type="dxa"/>
            <w:vAlign w:val="center"/>
          </w:tcPr>
          <w:p w14:paraId="17F1F559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A_32</w:t>
            </w:r>
            <w:r w:rsidRPr="0052733D">
              <w:rPr>
                <w:b/>
                <w:sz w:val="17"/>
                <w:lang w:val="sl-SI"/>
              </w:rPr>
              <w:br/>
              <w:t>Naslov elektronske pošte</w:t>
            </w:r>
          </w:p>
        </w:tc>
        <w:tc>
          <w:tcPr>
            <w:tcW w:w="7128" w:type="dxa"/>
            <w:vAlign w:val="center"/>
          </w:tcPr>
          <w:p w14:paraId="385E1B71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4226B021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4CBBFFDF" w14:textId="77777777">
        <w:trPr>
          <w:jc w:val="center"/>
        </w:trPr>
        <w:tc>
          <w:tcPr>
            <w:tcW w:w="3384" w:type="dxa"/>
            <w:vAlign w:val="center"/>
          </w:tcPr>
          <w:p w14:paraId="613FB6A8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A_33</w:t>
            </w:r>
            <w:r w:rsidRPr="0052733D">
              <w:rPr>
                <w:b/>
                <w:sz w:val="17"/>
                <w:lang w:val="sl-SI"/>
              </w:rPr>
              <w:br/>
              <w:t>Telefonska številka</w:t>
            </w:r>
          </w:p>
        </w:tc>
        <w:tc>
          <w:tcPr>
            <w:tcW w:w="7128" w:type="dxa"/>
            <w:vAlign w:val="center"/>
          </w:tcPr>
          <w:p w14:paraId="644F2E9C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6353E8C0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D83847" w14:paraId="4C34D54A" w14:textId="77777777">
        <w:trPr>
          <w:jc w:val="center"/>
        </w:trPr>
        <w:tc>
          <w:tcPr>
            <w:tcW w:w="3384" w:type="dxa"/>
            <w:vAlign w:val="center"/>
          </w:tcPr>
          <w:p w14:paraId="2514E651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lastRenderedPageBreak/>
              <w:t>A_34</w:t>
            </w:r>
            <w:r w:rsidRPr="0052733D">
              <w:rPr>
                <w:b/>
                <w:sz w:val="17"/>
                <w:lang w:val="sl-SI"/>
              </w:rPr>
              <w:br/>
              <w:t>Odgovorna oseba – ime in priimek</w:t>
            </w:r>
          </w:p>
        </w:tc>
        <w:tc>
          <w:tcPr>
            <w:tcW w:w="7128" w:type="dxa"/>
            <w:vAlign w:val="center"/>
          </w:tcPr>
          <w:p w14:paraId="2DD47FBA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21E7661B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401A935E" w14:textId="77777777">
        <w:trPr>
          <w:jc w:val="center"/>
        </w:trPr>
        <w:tc>
          <w:tcPr>
            <w:tcW w:w="3384" w:type="dxa"/>
            <w:vAlign w:val="center"/>
          </w:tcPr>
          <w:p w14:paraId="4544D4B4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A_35</w:t>
            </w:r>
            <w:r w:rsidRPr="0052733D">
              <w:rPr>
                <w:b/>
                <w:sz w:val="17"/>
                <w:lang w:val="sl-SI"/>
              </w:rPr>
              <w:br/>
              <w:t>Odgovorna oseba – funkcija</w:t>
            </w:r>
          </w:p>
        </w:tc>
        <w:tc>
          <w:tcPr>
            <w:tcW w:w="7128" w:type="dxa"/>
            <w:vAlign w:val="center"/>
          </w:tcPr>
          <w:p w14:paraId="7CA0CE62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56944A19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4249B3AA" w14:textId="77777777">
        <w:trPr>
          <w:jc w:val="center"/>
        </w:trPr>
        <w:tc>
          <w:tcPr>
            <w:tcW w:w="3384" w:type="dxa"/>
            <w:vAlign w:val="center"/>
          </w:tcPr>
          <w:p w14:paraId="11EB8FD4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A_36</w:t>
            </w:r>
            <w:r w:rsidRPr="0052733D">
              <w:rPr>
                <w:b/>
                <w:sz w:val="17"/>
                <w:lang w:val="sl-SI"/>
              </w:rPr>
              <w:br/>
              <w:t>Statusna oblika – sektor</w:t>
            </w:r>
          </w:p>
        </w:tc>
        <w:tc>
          <w:tcPr>
            <w:tcW w:w="7128" w:type="dxa"/>
            <w:vAlign w:val="center"/>
          </w:tcPr>
          <w:p w14:paraId="14F97D54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207E6AC9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4FEB3463" w14:textId="77777777">
        <w:trPr>
          <w:jc w:val="center"/>
        </w:trPr>
        <w:tc>
          <w:tcPr>
            <w:tcW w:w="3384" w:type="dxa"/>
            <w:vAlign w:val="center"/>
          </w:tcPr>
          <w:p w14:paraId="2CD35552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A_37</w:t>
            </w:r>
            <w:r w:rsidRPr="0052733D">
              <w:rPr>
                <w:b/>
                <w:sz w:val="17"/>
                <w:lang w:val="sl-SI"/>
              </w:rPr>
              <w:br/>
              <w:t>Matična številka</w:t>
            </w:r>
          </w:p>
        </w:tc>
        <w:tc>
          <w:tcPr>
            <w:tcW w:w="7128" w:type="dxa"/>
            <w:vAlign w:val="center"/>
          </w:tcPr>
          <w:p w14:paraId="427CFC63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0D458C51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24FCBA59" w14:textId="77777777">
        <w:trPr>
          <w:jc w:val="center"/>
        </w:trPr>
        <w:tc>
          <w:tcPr>
            <w:tcW w:w="3384" w:type="dxa"/>
            <w:vAlign w:val="center"/>
          </w:tcPr>
          <w:p w14:paraId="4024A471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A_38</w:t>
            </w:r>
            <w:r w:rsidRPr="0052733D">
              <w:rPr>
                <w:b/>
                <w:sz w:val="17"/>
                <w:lang w:val="sl-SI"/>
              </w:rPr>
              <w:br/>
              <w:t>Davčna številka</w:t>
            </w:r>
          </w:p>
        </w:tc>
        <w:tc>
          <w:tcPr>
            <w:tcW w:w="7128" w:type="dxa"/>
            <w:vAlign w:val="center"/>
          </w:tcPr>
          <w:p w14:paraId="58C5528C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0E85BAFB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7C2252FE" w14:textId="77777777">
        <w:trPr>
          <w:jc w:val="center"/>
        </w:trPr>
        <w:tc>
          <w:tcPr>
            <w:tcW w:w="3384" w:type="dxa"/>
            <w:vAlign w:val="center"/>
          </w:tcPr>
          <w:p w14:paraId="3B62F012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A_39</w:t>
            </w:r>
            <w:r w:rsidRPr="0052733D">
              <w:rPr>
                <w:b/>
                <w:sz w:val="17"/>
                <w:lang w:val="sl-SI"/>
              </w:rPr>
              <w:br/>
              <w:t>Zavezanec za DDV</w:t>
            </w:r>
          </w:p>
        </w:tc>
        <w:tc>
          <w:tcPr>
            <w:tcW w:w="7128" w:type="dxa"/>
            <w:vAlign w:val="center"/>
          </w:tcPr>
          <w:p w14:paraId="5DA0C7EA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Da / Ne</w:t>
            </w:r>
          </w:p>
        </w:tc>
      </w:tr>
    </w:tbl>
    <w:p w14:paraId="4BD6C532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3C3A404A" w14:textId="77777777">
        <w:trPr>
          <w:jc w:val="center"/>
        </w:trPr>
        <w:tc>
          <w:tcPr>
            <w:tcW w:w="3384" w:type="dxa"/>
            <w:vAlign w:val="center"/>
          </w:tcPr>
          <w:p w14:paraId="0957F0CD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A_40</w:t>
            </w:r>
            <w:r w:rsidRPr="0052733D">
              <w:rPr>
                <w:b/>
                <w:sz w:val="17"/>
                <w:lang w:val="sl-SI"/>
              </w:rPr>
              <w:br/>
              <w:t>Zavezanec za javno naročanje</w:t>
            </w:r>
          </w:p>
        </w:tc>
        <w:tc>
          <w:tcPr>
            <w:tcW w:w="7128" w:type="dxa"/>
            <w:vAlign w:val="center"/>
          </w:tcPr>
          <w:p w14:paraId="0DBD8F97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Da / Ne</w:t>
            </w:r>
          </w:p>
        </w:tc>
      </w:tr>
    </w:tbl>
    <w:p w14:paraId="21C125B6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5CACA968" w14:textId="77777777">
        <w:trPr>
          <w:jc w:val="center"/>
        </w:trPr>
        <w:tc>
          <w:tcPr>
            <w:tcW w:w="3384" w:type="dxa"/>
            <w:vAlign w:val="center"/>
          </w:tcPr>
          <w:p w14:paraId="09D06DE5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A_41</w:t>
            </w:r>
            <w:r w:rsidRPr="0052733D">
              <w:rPr>
                <w:b/>
                <w:sz w:val="17"/>
                <w:lang w:val="sl-SI"/>
              </w:rPr>
              <w:br/>
              <w:t>Transakcijski račun partnerja</w:t>
            </w:r>
          </w:p>
        </w:tc>
        <w:tc>
          <w:tcPr>
            <w:tcW w:w="7128" w:type="dxa"/>
            <w:vAlign w:val="center"/>
          </w:tcPr>
          <w:p w14:paraId="1C149534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66EBD97D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D83847" w14:paraId="2051F7E4" w14:textId="77777777">
        <w:trPr>
          <w:jc w:val="center"/>
        </w:trPr>
        <w:tc>
          <w:tcPr>
            <w:tcW w:w="3384" w:type="dxa"/>
            <w:vAlign w:val="center"/>
          </w:tcPr>
          <w:p w14:paraId="01038108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A_42</w:t>
            </w:r>
            <w:r w:rsidRPr="0052733D">
              <w:rPr>
                <w:b/>
                <w:sz w:val="17"/>
                <w:lang w:val="sl-SI"/>
              </w:rPr>
              <w:br/>
              <w:t>Naziv banke in sedež</w:t>
            </w:r>
          </w:p>
        </w:tc>
        <w:tc>
          <w:tcPr>
            <w:tcW w:w="7128" w:type="dxa"/>
            <w:vAlign w:val="center"/>
          </w:tcPr>
          <w:p w14:paraId="7E79C39A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039F981C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D83847" w14:paraId="669526E1" w14:textId="77777777">
        <w:trPr>
          <w:jc w:val="center"/>
        </w:trPr>
        <w:tc>
          <w:tcPr>
            <w:tcW w:w="3384" w:type="dxa"/>
            <w:vAlign w:val="center"/>
          </w:tcPr>
          <w:p w14:paraId="1C9B1914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A_43</w:t>
            </w:r>
            <w:r w:rsidRPr="0052733D">
              <w:rPr>
                <w:b/>
                <w:sz w:val="17"/>
                <w:lang w:val="sl-SI"/>
              </w:rPr>
              <w:br/>
              <w:t>Kontaktna oseba partnerja projekta – ime in priimek</w:t>
            </w:r>
          </w:p>
        </w:tc>
        <w:tc>
          <w:tcPr>
            <w:tcW w:w="7128" w:type="dxa"/>
            <w:vAlign w:val="center"/>
          </w:tcPr>
          <w:p w14:paraId="051DE2DF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0301637A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D83847" w14:paraId="5A5C1B09" w14:textId="77777777">
        <w:trPr>
          <w:jc w:val="center"/>
        </w:trPr>
        <w:tc>
          <w:tcPr>
            <w:tcW w:w="3384" w:type="dxa"/>
            <w:vAlign w:val="center"/>
          </w:tcPr>
          <w:p w14:paraId="6751FBB6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A_44</w:t>
            </w:r>
            <w:r w:rsidRPr="0052733D">
              <w:rPr>
                <w:b/>
                <w:sz w:val="17"/>
                <w:lang w:val="sl-SI"/>
              </w:rPr>
              <w:br/>
              <w:t>Kontaktna oseba partnerja projekta – funkcija oziroma delovno mesto</w:t>
            </w:r>
          </w:p>
        </w:tc>
        <w:tc>
          <w:tcPr>
            <w:tcW w:w="7128" w:type="dxa"/>
            <w:vAlign w:val="center"/>
          </w:tcPr>
          <w:p w14:paraId="4F325E65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1A861A03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D83847" w14:paraId="359D16D5" w14:textId="77777777">
        <w:trPr>
          <w:jc w:val="center"/>
        </w:trPr>
        <w:tc>
          <w:tcPr>
            <w:tcW w:w="3384" w:type="dxa"/>
            <w:vAlign w:val="center"/>
          </w:tcPr>
          <w:p w14:paraId="25A0B497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A_45</w:t>
            </w:r>
            <w:r w:rsidRPr="0052733D">
              <w:rPr>
                <w:b/>
                <w:sz w:val="17"/>
                <w:lang w:val="sl-SI"/>
              </w:rPr>
              <w:br/>
              <w:t>Naslov elektronske pošte kontaktne osebe</w:t>
            </w:r>
          </w:p>
        </w:tc>
        <w:tc>
          <w:tcPr>
            <w:tcW w:w="7128" w:type="dxa"/>
            <w:vAlign w:val="center"/>
          </w:tcPr>
          <w:p w14:paraId="213CD3FB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6681AA44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D83847" w14:paraId="741D782B" w14:textId="77777777">
        <w:trPr>
          <w:jc w:val="center"/>
        </w:trPr>
        <w:tc>
          <w:tcPr>
            <w:tcW w:w="3384" w:type="dxa"/>
            <w:vAlign w:val="center"/>
          </w:tcPr>
          <w:p w14:paraId="176DD815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A_46</w:t>
            </w:r>
            <w:r w:rsidRPr="0052733D">
              <w:rPr>
                <w:b/>
                <w:sz w:val="17"/>
                <w:lang w:val="sl-SI"/>
              </w:rPr>
              <w:br/>
              <w:t>Telefonska številka kontaktne osebe</w:t>
            </w:r>
          </w:p>
        </w:tc>
        <w:tc>
          <w:tcPr>
            <w:tcW w:w="7128" w:type="dxa"/>
            <w:vAlign w:val="center"/>
          </w:tcPr>
          <w:p w14:paraId="6C076E40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2998119E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300243B3" w14:textId="77777777">
        <w:trPr>
          <w:jc w:val="center"/>
        </w:trPr>
        <w:tc>
          <w:tcPr>
            <w:tcW w:w="3384" w:type="dxa"/>
            <w:vAlign w:val="center"/>
          </w:tcPr>
          <w:p w14:paraId="49E8A7F3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A_47</w:t>
            </w:r>
            <w:r w:rsidRPr="0052733D">
              <w:rPr>
                <w:b/>
                <w:sz w:val="17"/>
                <w:lang w:val="sl-SI"/>
              </w:rPr>
              <w:br/>
              <w:t>Ali se partner nahaja znotraj upravičenega območja LAS?</w:t>
            </w:r>
          </w:p>
        </w:tc>
        <w:tc>
          <w:tcPr>
            <w:tcW w:w="7128" w:type="dxa"/>
            <w:vAlign w:val="center"/>
          </w:tcPr>
          <w:p w14:paraId="7D7FEF0A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Da / Ne</w:t>
            </w:r>
          </w:p>
        </w:tc>
      </w:tr>
    </w:tbl>
    <w:p w14:paraId="61EC079C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5FB06913" w14:textId="77777777">
        <w:trPr>
          <w:jc w:val="center"/>
        </w:trPr>
        <w:tc>
          <w:tcPr>
            <w:tcW w:w="3384" w:type="dxa"/>
            <w:vAlign w:val="center"/>
          </w:tcPr>
          <w:p w14:paraId="36ECE6DB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A_90</w:t>
            </w:r>
            <w:r w:rsidRPr="0052733D">
              <w:rPr>
                <w:b/>
                <w:sz w:val="17"/>
                <w:lang w:val="sl-SI"/>
              </w:rPr>
              <w:br/>
              <w:t>Reference vlagatelja/prijavitelja in partnerjev</w:t>
            </w:r>
          </w:p>
        </w:tc>
        <w:tc>
          <w:tcPr>
            <w:tcW w:w="7128" w:type="dxa"/>
            <w:vAlign w:val="center"/>
          </w:tcPr>
          <w:p w14:paraId="39612AB6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do 500 znakov</w:t>
            </w:r>
          </w:p>
        </w:tc>
      </w:tr>
      <w:tr w:rsidR="001A7832" w:rsidRPr="0052733D" w14:paraId="736750A5" w14:textId="77777777">
        <w:trPr>
          <w:trHeight w:val="403"/>
          <w:jc w:val="center"/>
        </w:trPr>
        <w:tc>
          <w:tcPr>
            <w:tcW w:w="3384" w:type="dxa"/>
          </w:tcPr>
          <w:p w14:paraId="0DBBD965" w14:textId="77777777" w:rsidR="001A7832" w:rsidRPr="0052733D" w:rsidRDefault="001A7832">
            <w:pPr>
              <w:rPr>
                <w:lang w:val="sl-SI"/>
              </w:rPr>
            </w:pPr>
          </w:p>
        </w:tc>
        <w:tc>
          <w:tcPr>
            <w:tcW w:w="7128" w:type="dxa"/>
          </w:tcPr>
          <w:p w14:paraId="7A8FA2D9" w14:textId="77777777" w:rsidR="001A7832" w:rsidRPr="0052733D" w:rsidRDefault="001A7832">
            <w:pPr>
              <w:rPr>
                <w:lang w:val="sl-SI"/>
              </w:rPr>
            </w:pPr>
          </w:p>
        </w:tc>
      </w:tr>
      <w:tr w:rsidR="001A7832" w:rsidRPr="0052733D" w14:paraId="0EE9419C" w14:textId="77777777">
        <w:trPr>
          <w:trHeight w:val="403"/>
          <w:jc w:val="center"/>
        </w:trPr>
        <w:tc>
          <w:tcPr>
            <w:tcW w:w="3384" w:type="dxa"/>
          </w:tcPr>
          <w:p w14:paraId="5D8DC6D8" w14:textId="77777777" w:rsidR="001A7832" w:rsidRPr="0052733D" w:rsidRDefault="001A7832">
            <w:pPr>
              <w:rPr>
                <w:lang w:val="sl-SI"/>
              </w:rPr>
            </w:pPr>
          </w:p>
        </w:tc>
        <w:tc>
          <w:tcPr>
            <w:tcW w:w="7128" w:type="dxa"/>
          </w:tcPr>
          <w:p w14:paraId="231244E1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2586B74B" w14:textId="77777777" w:rsidR="001A7832" w:rsidRPr="0052733D" w:rsidRDefault="001A7832">
      <w:pPr>
        <w:spacing w:after="20"/>
        <w:rPr>
          <w:lang w:val="sl-SI"/>
        </w:rPr>
      </w:pPr>
    </w:p>
    <w:p w14:paraId="3C3285DF" w14:textId="77777777" w:rsidR="001A7832" w:rsidRPr="0052733D" w:rsidRDefault="00000000">
      <w:pPr>
        <w:rPr>
          <w:lang w:val="sl-SI"/>
        </w:rPr>
      </w:pPr>
      <w:r w:rsidRPr="0052733D">
        <w:rPr>
          <w:lang w:val="sl-SI"/>
        </w:rPr>
        <w:br w:type="page"/>
      </w:r>
    </w:p>
    <w:p w14:paraId="79469CBE" w14:textId="77777777" w:rsidR="001A7832" w:rsidRPr="0052733D" w:rsidRDefault="00000000">
      <w:pPr>
        <w:pStyle w:val="Naslov1"/>
        <w:rPr>
          <w:lang w:val="sl-SI"/>
        </w:rPr>
      </w:pPr>
      <w:r w:rsidRPr="0052733D">
        <w:rPr>
          <w:lang w:val="sl-SI"/>
        </w:rPr>
        <w:lastRenderedPageBreak/>
        <w:t>B – Podatki o projektu</w:t>
      </w: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43C10B41" w14:textId="77777777">
        <w:trPr>
          <w:jc w:val="center"/>
        </w:trPr>
        <w:tc>
          <w:tcPr>
            <w:tcW w:w="3384" w:type="dxa"/>
            <w:vAlign w:val="center"/>
          </w:tcPr>
          <w:p w14:paraId="24F811F9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B_01</w:t>
            </w:r>
            <w:r w:rsidRPr="0052733D">
              <w:rPr>
                <w:b/>
                <w:sz w:val="17"/>
                <w:lang w:val="sl-SI"/>
              </w:rPr>
              <w:br/>
              <w:t>Izpis naziva projekta</w:t>
            </w:r>
          </w:p>
        </w:tc>
        <w:tc>
          <w:tcPr>
            <w:tcW w:w="7128" w:type="dxa"/>
            <w:vAlign w:val="center"/>
          </w:tcPr>
          <w:p w14:paraId="5BD63521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5FD99567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D83847" w14:paraId="76676906" w14:textId="77777777">
        <w:trPr>
          <w:jc w:val="center"/>
        </w:trPr>
        <w:tc>
          <w:tcPr>
            <w:tcW w:w="3384" w:type="dxa"/>
            <w:vAlign w:val="center"/>
          </w:tcPr>
          <w:p w14:paraId="394573A0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B_02</w:t>
            </w:r>
            <w:r w:rsidRPr="0052733D">
              <w:rPr>
                <w:b/>
                <w:sz w:val="17"/>
                <w:lang w:val="sl-SI"/>
              </w:rPr>
              <w:br/>
              <w:t>Sklad, iz katerega bo sofinanciran projekt</w:t>
            </w:r>
          </w:p>
        </w:tc>
        <w:tc>
          <w:tcPr>
            <w:tcW w:w="7128" w:type="dxa"/>
            <w:vAlign w:val="center"/>
          </w:tcPr>
          <w:p w14:paraId="3871877C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Evropski sklad za regionalni razvoj</w:t>
            </w:r>
          </w:p>
        </w:tc>
      </w:tr>
    </w:tbl>
    <w:p w14:paraId="7835083B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7DA525C2" w14:textId="77777777">
        <w:trPr>
          <w:jc w:val="center"/>
        </w:trPr>
        <w:tc>
          <w:tcPr>
            <w:tcW w:w="3384" w:type="dxa"/>
            <w:vAlign w:val="center"/>
          </w:tcPr>
          <w:p w14:paraId="2589C5C8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B_03</w:t>
            </w:r>
            <w:r w:rsidRPr="0052733D">
              <w:rPr>
                <w:b/>
                <w:sz w:val="17"/>
                <w:lang w:val="sl-SI"/>
              </w:rPr>
              <w:br/>
              <w:t>Projekt je</w:t>
            </w:r>
          </w:p>
        </w:tc>
        <w:tc>
          <w:tcPr>
            <w:tcW w:w="7128" w:type="dxa"/>
            <w:vAlign w:val="center"/>
          </w:tcPr>
          <w:p w14:paraId="3175575C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a) investicijske narave  b) neinvesticijske narave</w:t>
            </w:r>
          </w:p>
        </w:tc>
      </w:tr>
    </w:tbl>
    <w:p w14:paraId="43A66C4D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58FC68A0" w14:textId="77777777">
        <w:trPr>
          <w:jc w:val="center"/>
        </w:trPr>
        <w:tc>
          <w:tcPr>
            <w:tcW w:w="3384" w:type="dxa"/>
            <w:vAlign w:val="center"/>
          </w:tcPr>
          <w:p w14:paraId="6295A44E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B_04</w:t>
            </w:r>
            <w:r w:rsidRPr="0052733D">
              <w:rPr>
                <w:b/>
                <w:sz w:val="17"/>
                <w:lang w:val="sl-SI"/>
              </w:rPr>
              <w:br/>
              <w:t>Izbor potreb območja, ki jih projekt naslavlja</w:t>
            </w:r>
          </w:p>
        </w:tc>
        <w:tc>
          <w:tcPr>
            <w:tcW w:w="7128" w:type="dxa"/>
            <w:vAlign w:val="center"/>
          </w:tcPr>
          <w:p w14:paraId="21CD387A" w14:textId="4220CEF5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="00024BC6" w:rsidRPr="0052733D">
              <w:rPr>
                <w:lang w:val="sl-SI"/>
              </w:rPr>
              <w:t>1., 2., 3., 4.</w:t>
            </w:r>
          </w:p>
        </w:tc>
      </w:tr>
    </w:tbl>
    <w:p w14:paraId="6646A6D4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7E35ACD2" w14:textId="77777777">
        <w:trPr>
          <w:jc w:val="center"/>
        </w:trPr>
        <w:tc>
          <w:tcPr>
            <w:tcW w:w="3384" w:type="dxa"/>
            <w:vAlign w:val="center"/>
          </w:tcPr>
          <w:p w14:paraId="3F7AF1A7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B_05</w:t>
            </w:r>
            <w:r w:rsidRPr="0052733D">
              <w:rPr>
                <w:b/>
                <w:sz w:val="17"/>
                <w:lang w:val="sl-SI"/>
              </w:rPr>
              <w:br/>
              <w:t>Izbor ukrepov javnega poziva</w:t>
            </w:r>
          </w:p>
        </w:tc>
        <w:tc>
          <w:tcPr>
            <w:tcW w:w="7128" w:type="dxa"/>
            <w:vAlign w:val="center"/>
          </w:tcPr>
          <w:p w14:paraId="6A9556F4" w14:textId="1B53A935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="00024BC6" w:rsidRPr="0052733D">
              <w:rPr>
                <w:lang w:val="sl-SI"/>
              </w:rPr>
              <w:t>Ukrep 1, ukrep 4, ali ukrep 5</w:t>
            </w:r>
          </w:p>
        </w:tc>
      </w:tr>
    </w:tbl>
    <w:p w14:paraId="6C3400DA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D83847" w14:paraId="16400364" w14:textId="77777777">
        <w:trPr>
          <w:jc w:val="center"/>
        </w:trPr>
        <w:tc>
          <w:tcPr>
            <w:tcW w:w="3384" w:type="dxa"/>
            <w:vAlign w:val="center"/>
          </w:tcPr>
          <w:p w14:paraId="2211A21C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B_20</w:t>
            </w:r>
            <w:r w:rsidRPr="0052733D">
              <w:rPr>
                <w:b/>
                <w:sz w:val="17"/>
                <w:lang w:val="sl-SI"/>
              </w:rPr>
              <w:br/>
              <w:t>Načrtovan datum pričetka izvajanja aktivnosti projekta</w:t>
            </w:r>
          </w:p>
        </w:tc>
        <w:tc>
          <w:tcPr>
            <w:tcW w:w="7128" w:type="dxa"/>
            <w:vAlign w:val="center"/>
          </w:tcPr>
          <w:p w14:paraId="1984C9D7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30CED557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D83847" w14:paraId="5926D4F6" w14:textId="77777777">
        <w:trPr>
          <w:jc w:val="center"/>
        </w:trPr>
        <w:tc>
          <w:tcPr>
            <w:tcW w:w="3384" w:type="dxa"/>
            <w:vAlign w:val="center"/>
          </w:tcPr>
          <w:p w14:paraId="09DB456C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B_21</w:t>
            </w:r>
            <w:r w:rsidRPr="0052733D">
              <w:rPr>
                <w:b/>
                <w:sz w:val="17"/>
                <w:lang w:val="sl-SI"/>
              </w:rPr>
              <w:br/>
              <w:t>Načrtovan datum zaključka izvajanja aktivnosti projekta</w:t>
            </w:r>
          </w:p>
        </w:tc>
        <w:tc>
          <w:tcPr>
            <w:tcW w:w="7128" w:type="dxa"/>
            <w:vAlign w:val="center"/>
          </w:tcPr>
          <w:p w14:paraId="3C02F968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41C4B476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71211962" w14:textId="77777777">
        <w:trPr>
          <w:jc w:val="center"/>
        </w:trPr>
        <w:tc>
          <w:tcPr>
            <w:tcW w:w="3384" w:type="dxa"/>
            <w:vAlign w:val="center"/>
          </w:tcPr>
          <w:p w14:paraId="324BFD91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B_22</w:t>
            </w:r>
            <w:r w:rsidRPr="0052733D">
              <w:rPr>
                <w:b/>
                <w:sz w:val="17"/>
                <w:lang w:val="sl-SI"/>
              </w:rPr>
              <w:br/>
              <w:t>Število faz projekta</w:t>
            </w:r>
          </w:p>
        </w:tc>
        <w:tc>
          <w:tcPr>
            <w:tcW w:w="7128" w:type="dxa"/>
            <w:vAlign w:val="center"/>
          </w:tcPr>
          <w:p w14:paraId="284B7054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1 faza / 2 fazi</w:t>
            </w:r>
          </w:p>
        </w:tc>
      </w:tr>
    </w:tbl>
    <w:p w14:paraId="1DD7C0C3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171C8291" w14:textId="77777777">
        <w:trPr>
          <w:jc w:val="center"/>
        </w:trPr>
        <w:tc>
          <w:tcPr>
            <w:tcW w:w="3384" w:type="dxa"/>
            <w:vAlign w:val="center"/>
          </w:tcPr>
          <w:p w14:paraId="790AAB90" w14:textId="5CBB605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B_23</w:t>
            </w:r>
            <w:r w:rsidRPr="0052733D">
              <w:rPr>
                <w:b/>
                <w:sz w:val="17"/>
                <w:lang w:val="sl-SI"/>
              </w:rPr>
              <w:br/>
              <w:t xml:space="preserve">Obdobje izvajanja 1. </w:t>
            </w:r>
            <w:r w:rsidR="00024BC6" w:rsidRPr="0052733D">
              <w:rPr>
                <w:b/>
                <w:sz w:val="17"/>
                <w:lang w:val="sl-SI"/>
              </w:rPr>
              <w:t>F</w:t>
            </w:r>
            <w:r w:rsidRPr="0052733D">
              <w:rPr>
                <w:b/>
                <w:sz w:val="17"/>
                <w:lang w:val="sl-SI"/>
              </w:rPr>
              <w:t>aze</w:t>
            </w:r>
            <w:r w:rsidR="00024BC6" w:rsidRPr="0052733D">
              <w:rPr>
                <w:b/>
                <w:sz w:val="17"/>
                <w:lang w:val="sl-SI"/>
              </w:rPr>
              <w:t xml:space="preserve"> / 2. faze</w:t>
            </w:r>
          </w:p>
        </w:tc>
        <w:tc>
          <w:tcPr>
            <w:tcW w:w="7128" w:type="dxa"/>
            <w:vAlign w:val="center"/>
          </w:tcPr>
          <w:p w14:paraId="2964B265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Od: ________   Do: ________</w:t>
            </w:r>
          </w:p>
        </w:tc>
      </w:tr>
    </w:tbl>
    <w:p w14:paraId="3BC9BF28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D83847" w14:paraId="6D252A9C" w14:textId="77777777">
        <w:trPr>
          <w:jc w:val="center"/>
        </w:trPr>
        <w:tc>
          <w:tcPr>
            <w:tcW w:w="3384" w:type="dxa"/>
            <w:vAlign w:val="center"/>
          </w:tcPr>
          <w:p w14:paraId="45B72A23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B_25</w:t>
            </w:r>
            <w:r w:rsidRPr="0052733D">
              <w:rPr>
                <w:b/>
                <w:sz w:val="17"/>
                <w:lang w:val="sl-SI"/>
              </w:rPr>
              <w:br/>
              <w:t>Predviden datum oddaje zahtevka za izplačilo</w:t>
            </w:r>
          </w:p>
        </w:tc>
        <w:tc>
          <w:tcPr>
            <w:tcW w:w="7128" w:type="dxa"/>
            <w:vAlign w:val="center"/>
          </w:tcPr>
          <w:p w14:paraId="1ED85AEE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45E08DD2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2F3834C8" w14:textId="77777777">
        <w:trPr>
          <w:jc w:val="center"/>
        </w:trPr>
        <w:tc>
          <w:tcPr>
            <w:tcW w:w="3384" w:type="dxa"/>
            <w:vAlign w:val="center"/>
          </w:tcPr>
          <w:p w14:paraId="52AD8189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B_26</w:t>
            </w:r>
            <w:r w:rsidRPr="0052733D">
              <w:rPr>
                <w:b/>
                <w:sz w:val="17"/>
                <w:lang w:val="sl-SI"/>
              </w:rPr>
              <w:br/>
              <w:t>Zaključek projekta</w:t>
            </w:r>
          </w:p>
        </w:tc>
        <w:tc>
          <w:tcPr>
            <w:tcW w:w="7128" w:type="dxa"/>
            <w:vAlign w:val="center"/>
          </w:tcPr>
          <w:p w14:paraId="654F5336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</w:tbl>
    <w:p w14:paraId="1A4DA14B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49955AB3" w14:textId="77777777" w:rsidTr="00024BC6">
        <w:trPr>
          <w:jc w:val="center"/>
        </w:trPr>
        <w:tc>
          <w:tcPr>
            <w:tcW w:w="3384" w:type="dxa"/>
            <w:vAlign w:val="center"/>
          </w:tcPr>
          <w:p w14:paraId="2F317C69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B_30</w:t>
            </w:r>
            <w:r w:rsidRPr="0052733D">
              <w:rPr>
                <w:b/>
                <w:sz w:val="17"/>
                <w:lang w:val="sl-SI"/>
              </w:rPr>
              <w:br/>
              <w:t>Povzetek projekta</w:t>
            </w:r>
          </w:p>
        </w:tc>
        <w:tc>
          <w:tcPr>
            <w:tcW w:w="7128" w:type="dxa"/>
            <w:vAlign w:val="center"/>
          </w:tcPr>
          <w:p w14:paraId="187E8A89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do 1.000 znakov</w:t>
            </w:r>
          </w:p>
        </w:tc>
      </w:tr>
      <w:tr w:rsidR="001A7832" w:rsidRPr="0052733D" w14:paraId="55BB9EF0" w14:textId="77777777" w:rsidTr="00024BC6">
        <w:trPr>
          <w:trHeight w:val="403"/>
          <w:jc w:val="center"/>
        </w:trPr>
        <w:tc>
          <w:tcPr>
            <w:tcW w:w="3384" w:type="dxa"/>
          </w:tcPr>
          <w:p w14:paraId="01C54FF6" w14:textId="6FDDF783" w:rsidR="001A7832" w:rsidRPr="0052733D" w:rsidRDefault="00024BC6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Na kratko opišite, kateri so glavni cilji, kazalniki SLR, glavne aktivnosti, ciljne skupine in pričakovani učinki in rezultati, ki jih bo </w:t>
            </w:r>
            <w:proofErr w:type="spellStart"/>
            <w:r w:rsidRPr="0052733D">
              <w:rPr>
                <w:lang w:val="sl-SI"/>
              </w:rPr>
              <w:t>projektdosegel</w:t>
            </w:r>
            <w:proofErr w:type="spellEnd"/>
            <w:r w:rsidRPr="0052733D">
              <w:rPr>
                <w:lang w:val="sl-SI"/>
              </w:rPr>
              <w:t>.</w:t>
            </w:r>
          </w:p>
        </w:tc>
        <w:tc>
          <w:tcPr>
            <w:tcW w:w="7128" w:type="dxa"/>
          </w:tcPr>
          <w:p w14:paraId="0999360F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447E1DB8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4E778DDA" w14:textId="77777777" w:rsidTr="00024BC6">
        <w:trPr>
          <w:jc w:val="center"/>
        </w:trPr>
        <w:tc>
          <w:tcPr>
            <w:tcW w:w="3384" w:type="dxa"/>
            <w:vAlign w:val="center"/>
          </w:tcPr>
          <w:p w14:paraId="3546F1DD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B_31</w:t>
            </w:r>
            <w:r w:rsidRPr="0052733D">
              <w:rPr>
                <w:b/>
                <w:sz w:val="17"/>
                <w:lang w:val="sl-SI"/>
              </w:rPr>
              <w:br/>
              <w:t>Namen projekta</w:t>
            </w:r>
          </w:p>
        </w:tc>
        <w:tc>
          <w:tcPr>
            <w:tcW w:w="7128" w:type="dxa"/>
            <w:vAlign w:val="center"/>
          </w:tcPr>
          <w:p w14:paraId="7DB972D7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do 1.000 znakov</w:t>
            </w:r>
          </w:p>
        </w:tc>
      </w:tr>
      <w:tr w:rsidR="001A7832" w:rsidRPr="0052733D" w14:paraId="28996B92" w14:textId="77777777" w:rsidTr="00024BC6">
        <w:trPr>
          <w:trHeight w:val="403"/>
          <w:jc w:val="center"/>
        </w:trPr>
        <w:tc>
          <w:tcPr>
            <w:tcW w:w="3384" w:type="dxa"/>
          </w:tcPr>
          <w:p w14:paraId="5B89C5D3" w14:textId="1A112902" w:rsidR="001A7832" w:rsidRPr="0052733D" w:rsidRDefault="00024BC6">
            <w:pPr>
              <w:rPr>
                <w:lang w:val="sl-SI"/>
              </w:rPr>
            </w:pPr>
            <w:r w:rsidRPr="0052733D">
              <w:rPr>
                <w:lang w:val="sl-SI"/>
              </w:rPr>
              <w:t>Navedite vzrok oz. povod za pripravo projekta, katere izzive oz. potrebe območja naslavlja in katere rešitve predvideva.</w:t>
            </w:r>
          </w:p>
        </w:tc>
        <w:tc>
          <w:tcPr>
            <w:tcW w:w="7128" w:type="dxa"/>
          </w:tcPr>
          <w:p w14:paraId="4F77237E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0EBE8587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64D88F4D" w14:textId="77777777" w:rsidTr="00024BC6">
        <w:trPr>
          <w:jc w:val="center"/>
        </w:trPr>
        <w:tc>
          <w:tcPr>
            <w:tcW w:w="3384" w:type="dxa"/>
            <w:vAlign w:val="center"/>
          </w:tcPr>
          <w:p w14:paraId="3E15491C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B_32</w:t>
            </w:r>
            <w:r w:rsidRPr="0052733D">
              <w:rPr>
                <w:b/>
                <w:sz w:val="17"/>
                <w:lang w:val="sl-SI"/>
              </w:rPr>
              <w:br/>
              <w:t>Projekt prispeva k</w:t>
            </w:r>
          </w:p>
        </w:tc>
        <w:tc>
          <w:tcPr>
            <w:tcW w:w="7128" w:type="dxa"/>
            <w:vAlign w:val="center"/>
          </w:tcPr>
          <w:p w14:paraId="51A2926F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</w:p>
        </w:tc>
      </w:tr>
      <w:tr w:rsidR="00024BC6" w:rsidRPr="00D83847" w14:paraId="5AF51F2B" w14:textId="77777777" w:rsidTr="00024BC6">
        <w:trPr>
          <w:jc w:val="center"/>
        </w:trPr>
        <w:tc>
          <w:tcPr>
            <w:tcW w:w="3384" w:type="dxa"/>
            <w:vAlign w:val="center"/>
          </w:tcPr>
          <w:p w14:paraId="6F28E273" w14:textId="77777777" w:rsidR="00024BC6" w:rsidRPr="0052733D" w:rsidRDefault="00024BC6">
            <w:pPr>
              <w:rPr>
                <w:b/>
                <w:sz w:val="17"/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 xml:space="preserve">boljši kakovosti življenja lokalnega prebivalstva </w:t>
            </w:r>
          </w:p>
          <w:p w14:paraId="026DF7C4" w14:textId="77777777" w:rsidR="00024BC6" w:rsidRPr="0052733D" w:rsidRDefault="00024BC6">
            <w:pPr>
              <w:rPr>
                <w:b/>
                <w:sz w:val="17"/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 xml:space="preserve">zagotovitvi ustrezne dostopnost storitev tako v urbanih središčih kot na podeželju </w:t>
            </w:r>
          </w:p>
          <w:p w14:paraId="6F4118C0" w14:textId="77777777" w:rsidR="00024BC6" w:rsidRPr="0052733D" w:rsidRDefault="00024BC6">
            <w:pPr>
              <w:rPr>
                <w:b/>
                <w:sz w:val="17"/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 xml:space="preserve">izboljšanju področja dolgotrajne oskrbe in preventivnih zdravstvenih ukrepov </w:t>
            </w:r>
          </w:p>
          <w:p w14:paraId="7C86F5EF" w14:textId="77777777" w:rsidR="00024BC6" w:rsidRPr="0052733D" w:rsidRDefault="00024BC6">
            <w:pPr>
              <w:rPr>
                <w:b/>
                <w:sz w:val="17"/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lastRenderedPageBreak/>
              <w:t xml:space="preserve">spodbujanju medgeneracijskega sodelovanja </w:t>
            </w:r>
          </w:p>
          <w:p w14:paraId="6EF4C4DF" w14:textId="77777777" w:rsidR="00024BC6" w:rsidRPr="0052733D" w:rsidRDefault="00024BC6">
            <w:pPr>
              <w:rPr>
                <w:b/>
                <w:sz w:val="17"/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 xml:space="preserve">krepitvi kompetenc ter skrbi za prikrajšane skupine </w:t>
            </w:r>
          </w:p>
          <w:p w14:paraId="6A8E1724" w14:textId="77777777" w:rsidR="00024BC6" w:rsidRPr="0052733D" w:rsidRDefault="00024BC6">
            <w:pPr>
              <w:rPr>
                <w:b/>
                <w:sz w:val="17"/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 xml:space="preserve">večji prepoznavnosti na področju lokalnega podjetništva </w:t>
            </w:r>
          </w:p>
          <w:p w14:paraId="129CFCF4" w14:textId="77777777" w:rsidR="00024BC6" w:rsidRPr="0052733D" w:rsidRDefault="00024BC6">
            <w:pPr>
              <w:rPr>
                <w:b/>
                <w:sz w:val="17"/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(</w:t>
            </w:r>
            <w:proofErr w:type="spellStart"/>
            <w:r w:rsidRPr="0052733D">
              <w:rPr>
                <w:b/>
                <w:sz w:val="17"/>
                <w:lang w:val="sl-SI"/>
              </w:rPr>
              <w:t>eko</w:t>
            </w:r>
            <w:proofErr w:type="spellEnd"/>
            <w:r w:rsidRPr="0052733D">
              <w:rPr>
                <w:b/>
                <w:sz w:val="17"/>
                <w:lang w:val="sl-SI"/>
              </w:rPr>
              <w:t xml:space="preserve">)turizmu </w:t>
            </w:r>
          </w:p>
          <w:p w14:paraId="62A61A7A" w14:textId="1952A552" w:rsidR="00024BC6" w:rsidRPr="0052733D" w:rsidRDefault="00024BC6">
            <w:pPr>
              <w:rPr>
                <w:b/>
                <w:sz w:val="17"/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 xml:space="preserve">ohranjanju naravne raznolikosti </w:t>
            </w:r>
          </w:p>
          <w:p w14:paraId="5598E6D5" w14:textId="77777777" w:rsidR="00024BC6" w:rsidRPr="0052733D" w:rsidRDefault="00024BC6">
            <w:pPr>
              <w:rPr>
                <w:b/>
                <w:sz w:val="17"/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 xml:space="preserve">ohranjanju kulturne dediščine </w:t>
            </w:r>
          </w:p>
          <w:p w14:paraId="53F51489" w14:textId="77777777" w:rsidR="00024BC6" w:rsidRPr="0052733D" w:rsidRDefault="00024BC6">
            <w:pPr>
              <w:rPr>
                <w:b/>
                <w:sz w:val="17"/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 xml:space="preserve">okoljski trajnosti </w:t>
            </w:r>
          </w:p>
          <w:p w14:paraId="33F4AB29" w14:textId="77777777" w:rsidR="00024BC6" w:rsidRPr="0052733D" w:rsidRDefault="00024BC6">
            <w:pPr>
              <w:rPr>
                <w:b/>
                <w:sz w:val="17"/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 xml:space="preserve">socialni vzdržnosti </w:t>
            </w:r>
          </w:p>
          <w:p w14:paraId="448CCD6F" w14:textId="63C9C7DD" w:rsidR="00024BC6" w:rsidRPr="0052733D" w:rsidRDefault="00024BC6">
            <w:pPr>
              <w:rPr>
                <w:b/>
                <w:sz w:val="17"/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inov</w:t>
            </w:r>
            <w:r w:rsidR="0052733D">
              <w:rPr>
                <w:b/>
                <w:sz w:val="17"/>
                <w:lang w:val="sl-SI"/>
              </w:rPr>
              <w:t>a</w:t>
            </w:r>
            <w:r w:rsidRPr="0052733D">
              <w:rPr>
                <w:b/>
                <w:sz w:val="17"/>
                <w:lang w:val="sl-SI"/>
              </w:rPr>
              <w:t xml:space="preserve">tivnosti </w:t>
            </w:r>
          </w:p>
          <w:p w14:paraId="10280623" w14:textId="77777777" w:rsidR="00024BC6" w:rsidRPr="0052733D" w:rsidRDefault="00024BC6">
            <w:pPr>
              <w:rPr>
                <w:b/>
                <w:sz w:val="17"/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 xml:space="preserve">enakopravnem vključevanju različnih partnerjev </w:t>
            </w:r>
          </w:p>
          <w:p w14:paraId="60A6C022" w14:textId="68B202F3" w:rsidR="00024BC6" w:rsidRPr="0052733D" w:rsidRDefault="00024BC6">
            <w:pPr>
              <w:rPr>
                <w:b/>
                <w:sz w:val="17"/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višji dodani vrednosti območja LAS</w:t>
            </w:r>
          </w:p>
        </w:tc>
        <w:tc>
          <w:tcPr>
            <w:tcW w:w="7128" w:type="dxa"/>
            <w:vAlign w:val="center"/>
          </w:tcPr>
          <w:p w14:paraId="7825BDF4" w14:textId="77777777" w:rsidR="00024BC6" w:rsidRPr="0052733D" w:rsidRDefault="00024BC6">
            <w:pPr>
              <w:rPr>
                <w:lang w:val="sl-SI"/>
              </w:rPr>
            </w:pPr>
          </w:p>
        </w:tc>
      </w:tr>
    </w:tbl>
    <w:p w14:paraId="62FE7B26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05FB6002" w14:textId="77777777" w:rsidTr="00024BC6">
        <w:trPr>
          <w:jc w:val="center"/>
        </w:trPr>
        <w:tc>
          <w:tcPr>
            <w:tcW w:w="3384" w:type="dxa"/>
            <w:vAlign w:val="center"/>
          </w:tcPr>
          <w:p w14:paraId="57C75C83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B_33</w:t>
            </w:r>
            <w:r w:rsidRPr="0052733D">
              <w:rPr>
                <w:b/>
                <w:sz w:val="17"/>
                <w:lang w:val="sl-SI"/>
              </w:rPr>
              <w:br/>
              <w:t>Prispevek projekta k ciljem in namenom intervencije LEADER/ukrepa CLLD</w:t>
            </w:r>
          </w:p>
        </w:tc>
        <w:tc>
          <w:tcPr>
            <w:tcW w:w="7128" w:type="dxa"/>
            <w:vAlign w:val="center"/>
          </w:tcPr>
          <w:p w14:paraId="1634E329" w14:textId="09F06514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 xml:space="preserve">do </w:t>
            </w:r>
            <w:r w:rsidR="00024BC6" w:rsidRPr="0052733D">
              <w:rPr>
                <w:i/>
                <w:sz w:val="16"/>
                <w:lang w:val="sl-SI"/>
              </w:rPr>
              <w:t>4</w:t>
            </w:r>
            <w:r w:rsidRPr="0052733D">
              <w:rPr>
                <w:i/>
                <w:sz w:val="16"/>
                <w:lang w:val="sl-SI"/>
              </w:rPr>
              <w:t>00 znakov</w:t>
            </w:r>
          </w:p>
        </w:tc>
      </w:tr>
      <w:tr w:rsidR="001A7832" w:rsidRPr="00D83847" w14:paraId="05928D79" w14:textId="77777777" w:rsidTr="00024BC6">
        <w:trPr>
          <w:trHeight w:val="403"/>
          <w:jc w:val="center"/>
        </w:trPr>
        <w:tc>
          <w:tcPr>
            <w:tcW w:w="3384" w:type="dxa"/>
          </w:tcPr>
          <w:p w14:paraId="179EE47A" w14:textId="1C2E6349" w:rsidR="001A7832" w:rsidRPr="0052733D" w:rsidRDefault="00024BC6">
            <w:pPr>
              <w:rPr>
                <w:lang w:val="sl-SI"/>
              </w:rPr>
            </w:pPr>
            <w:r w:rsidRPr="0052733D">
              <w:rPr>
                <w:lang w:val="sl-SI"/>
              </w:rPr>
              <w:t>Navedite, kateri so cilji in kazalniki SLR, ki jih projekt želi doseči in na kakšen način ter kakšen je prispevek projekta k specifičnemu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cilju RSO5.2. "Spodbujanje celostnega in vključujočega socialnega, gospodarskega in okoljskega lokalnega razvoja, kulture, naravne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dediščine, trajnostnega turizma in varnosti na območjih, ki niso mestna območja".</w:t>
            </w:r>
          </w:p>
        </w:tc>
        <w:tc>
          <w:tcPr>
            <w:tcW w:w="7128" w:type="dxa"/>
          </w:tcPr>
          <w:p w14:paraId="45AFD531" w14:textId="77777777" w:rsidR="001A7832" w:rsidRPr="0052733D" w:rsidRDefault="001A7832">
            <w:pPr>
              <w:rPr>
                <w:lang w:val="sl-SI"/>
              </w:rPr>
            </w:pPr>
          </w:p>
        </w:tc>
      </w:tr>
      <w:tr w:rsidR="00692E03" w:rsidRPr="00D83847" w14:paraId="2DC8CED5" w14:textId="77777777" w:rsidTr="00024BC6">
        <w:trPr>
          <w:trHeight w:val="403"/>
          <w:jc w:val="center"/>
        </w:trPr>
        <w:tc>
          <w:tcPr>
            <w:tcW w:w="3384" w:type="dxa"/>
          </w:tcPr>
          <w:p w14:paraId="2F77EC15" w14:textId="77777777" w:rsidR="00692E03" w:rsidRPr="0052733D" w:rsidRDefault="00692E03">
            <w:pPr>
              <w:rPr>
                <w:lang w:val="sl-SI"/>
              </w:rPr>
            </w:pPr>
          </w:p>
        </w:tc>
        <w:tc>
          <w:tcPr>
            <w:tcW w:w="7128" w:type="dxa"/>
          </w:tcPr>
          <w:p w14:paraId="26A89E2C" w14:textId="77777777" w:rsidR="00692E03" w:rsidRPr="0052733D" w:rsidRDefault="00692E03">
            <w:pPr>
              <w:rPr>
                <w:lang w:val="sl-SI"/>
              </w:rPr>
            </w:pPr>
          </w:p>
        </w:tc>
      </w:tr>
      <w:tr w:rsidR="00692E03" w:rsidRPr="00D83847" w14:paraId="57546AF7" w14:textId="77777777" w:rsidTr="00024BC6">
        <w:trPr>
          <w:trHeight w:val="403"/>
          <w:jc w:val="center"/>
        </w:trPr>
        <w:tc>
          <w:tcPr>
            <w:tcW w:w="3384" w:type="dxa"/>
          </w:tcPr>
          <w:p w14:paraId="0EE57F8C" w14:textId="77777777" w:rsidR="00692E03" w:rsidRPr="0052733D" w:rsidRDefault="00692E03">
            <w:pPr>
              <w:rPr>
                <w:lang w:val="sl-SI"/>
              </w:rPr>
            </w:pPr>
          </w:p>
        </w:tc>
        <w:tc>
          <w:tcPr>
            <w:tcW w:w="7128" w:type="dxa"/>
          </w:tcPr>
          <w:p w14:paraId="155ACC18" w14:textId="77777777" w:rsidR="00692E03" w:rsidRPr="0052733D" w:rsidRDefault="00692E03">
            <w:pPr>
              <w:rPr>
                <w:lang w:val="sl-SI"/>
              </w:rPr>
            </w:pPr>
          </w:p>
        </w:tc>
      </w:tr>
    </w:tbl>
    <w:p w14:paraId="258ACA34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024BC6" w:rsidRPr="0052733D" w14:paraId="7AFDF192" w14:textId="77777777" w:rsidTr="002F020C">
        <w:trPr>
          <w:jc w:val="center"/>
        </w:trPr>
        <w:tc>
          <w:tcPr>
            <w:tcW w:w="3384" w:type="dxa"/>
            <w:vAlign w:val="center"/>
          </w:tcPr>
          <w:p w14:paraId="4AAF8D1F" w14:textId="0E3DE9F8" w:rsidR="00024BC6" w:rsidRPr="0052733D" w:rsidRDefault="00024BC6" w:rsidP="002F020C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B_34</w:t>
            </w:r>
            <w:r w:rsidRPr="0052733D">
              <w:rPr>
                <w:b/>
                <w:sz w:val="17"/>
                <w:lang w:val="sl-SI"/>
              </w:rPr>
              <w:br/>
            </w:r>
            <w:r w:rsidRPr="0052733D">
              <w:rPr>
                <w:b/>
                <w:bCs/>
                <w:sz w:val="17"/>
                <w:lang w:val="sl-SI"/>
              </w:rPr>
              <w:t>Navedba aktivnosti projekta</w:t>
            </w:r>
          </w:p>
        </w:tc>
        <w:tc>
          <w:tcPr>
            <w:tcW w:w="7128" w:type="dxa"/>
            <w:vAlign w:val="center"/>
          </w:tcPr>
          <w:p w14:paraId="4BC5B6AD" w14:textId="0647130A" w:rsidR="00024BC6" w:rsidRPr="0052733D" w:rsidRDefault="00024BC6" w:rsidP="002F020C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do 600 znakov</w:t>
            </w:r>
          </w:p>
        </w:tc>
      </w:tr>
      <w:tr w:rsidR="00024BC6" w:rsidRPr="00D83847" w14:paraId="0C27D5BC" w14:textId="77777777" w:rsidTr="002F020C">
        <w:trPr>
          <w:trHeight w:val="403"/>
          <w:jc w:val="center"/>
        </w:trPr>
        <w:tc>
          <w:tcPr>
            <w:tcW w:w="3384" w:type="dxa"/>
          </w:tcPr>
          <w:p w14:paraId="7B296F5D" w14:textId="58A530ED" w:rsidR="00024BC6" w:rsidRPr="0052733D" w:rsidRDefault="00024BC6" w:rsidP="002F020C">
            <w:pPr>
              <w:rPr>
                <w:lang w:val="sl-SI"/>
              </w:rPr>
            </w:pPr>
            <w:r w:rsidRPr="0052733D">
              <w:rPr>
                <w:lang w:val="sl-SI"/>
              </w:rPr>
              <w:t>Projekt mora biti razdeljen na posamezne aktivnosti, ki morajo biti vsebinsko, časovno in finančno podrobno razdelane. Navedite in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opišite glavne aktivnosti (največ 5 v posamezni fazi), ki jih lahko razdelite v posamezne faze (največ dve). Jasno opredelite aktivnosti,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ki se bodo v konkretni operaciji izvedle in v povezavi s katerimi bodo nastali stroški. V primeru, da gre za dve fazi, za kateri boste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vlagali ločene zahtevke, posamezno fazo natančno vsebinsko in časovno razmejite.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V vlogi opredelite, kaj spada v pavšalno stopnjo. Za pavšalno stopnjo je ob zahtevku potrebno le dokazati izvedbo aktivnosti,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predvidenih ob vlogi s podpornimi dokazili.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Aktivnosti ustrezno oštevilčite.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Vnesete lahko največ 5 aktivnosti!</w:t>
            </w:r>
          </w:p>
        </w:tc>
        <w:tc>
          <w:tcPr>
            <w:tcW w:w="7128" w:type="dxa"/>
          </w:tcPr>
          <w:p w14:paraId="23FA9989" w14:textId="2E560843" w:rsidR="00024BC6" w:rsidRPr="0052733D" w:rsidRDefault="00024BC6" w:rsidP="002F020C">
            <w:pPr>
              <w:rPr>
                <w:lang w:val="sl-SI"/>
              </w:rPr>
            </w:pPr>
            <w:r w:rsidRPr="0052733D">
              <w:rPr>
                <w:lang w:val="sl-SI"/>
              </w:rPr>
              <w:t>Aktivnost:</w:t>
            </w:r>
          </w:p>
          <w:p w14:paraId="0C505D76" w14:textId="77777777" w:rsidR="00024BC6" w:rsidRPr="0052733D" w:rsidRDefault="00024BC6" w:rsidP="002F020C">
            <w:pPr>
              <w:rPr>
                <w:lang w:val="sl-SI"/>
              </w:rPr>
            </w:pPr>
          </w:p>
          <w:p w14:paraId="54ADE6CF" w14:textId="3587B926" w:rsidR="00024BC6" w:rsidRPr="0052733D" w:rsidRDefault="00024BC6" w:rsidP="002F020C">
            <w:pPr>
              <w:rPr>
                <w:lang w:val="sl-SI"/>
              </w:rPr>
            </w:pPr>
            <w:r w:rsidRPr="0052733D">
              <w:rPr>
                <w:lang w:val="sl-SI"/>
              </w:rPr>
              <w:t>Nosilec aktivnosti:</w:t>
            </w:r>
          </w:p>
          <w:p w14:paraId="5CFB4369" w14:textId="77777777" w:rsidR="00024BC6" w:rsidRPr="0052733D" w:rsidRDefault="00024BC6" w:rsidP="002F020C">
            <w:pPr>
              <w:rPr>
                <w:lang w:val="sl-SI"/>
              </w:rPr>
            </w:pPr>
          </w:p>
          <w:p w14:paraId="162E2019" w14:textId="77777777" w:rsidR="00024BC6" w:rsidRPr="0052733D" w:rsidRDefault="00024BC6" w:rsidP="002F020C">
            <w:pPr>
              <w:rPr>
                <w:lang w:val="sl-SI"/>
              </w:rPr>
            </w:pPr>
            <w:r w:rsidRPr="0052733D">
              <w:rPr>
                <w:lang w:val="sl-SI"/>
              </w:rPr>
              <w:t>Opis aktivnosti:</w:t>
            </w:r>
          </w:p>
          <w:p w14:paraId="6F54FFBB" w14:textId="77777777" w:rsidR="00692E03" w:rsidRPr="0052733D" w:rsidRDefault="00692E03" w:rsidP="002F020C">
            <w:pPr>
              <w:rPr>
                <w:lang w:val="sl-SI"/>
              </w:rPr>
            </w:pPr>
          </w:p>
          <w:p w14:paraId="7A04DF15" w14:textId="77777777" w:rsidR="00692E03" w:rsidRPr="0052733D" w:rsidRDefault="00692E03" w:rsidP="002F020C">
            <w:pPr>
              <w:rPr>
                <w:lang w:val="sl-SI"/>
              </w:rPr>
            </w:pPr>
            <w:r w:rsidRPr="0052733D">
              <w:rPr>
                <w:lang w:val="sl-SI"/>
              </w:rPr>
              <w:t>Faza projekta:</w:t>
            </w:r>
          </w:p>
          <w:p w14:paraId="6BAC97FB" w14:textId="77777777" w:rsidR="00692E03" w:rsidRPr="0052733D" w:rsidRDefault="00692E03" w:rsidP="002F020C">
            <w:pPr>
              <w:rPr>
                <w:lang w:val="sl-SI"/>
              </w:rPr>
            </w:pPr>
          </w:p>
          <w:p w14:paraId="4EB68480" w14:textId="77777777" w:rsidR="00692E03" w:rsidRPr="0052733D" w:rsidRDefault="00692E03" w:rsidP="002F020C">
            <w:pPr>
              <w:rPr>
                <w:lang w:val="sl-SI"/>
              </w:rPr>
            </w:pPr>
            <w:r w:rsidRPr="0052733D">
              <w:rPr>
                <w:lang w:val="sl-SI"/>
              </w:rPr>
              <w:t>Začetek izvajanja:</w:t>
            </w:r>
          </w:p>
          <w:p w14:paraId="1CD8F62A" w14:textId="77777777" w:rsidR="00692E03" w:rsidRPr="0052733D" w:rsidRDefault="00692E03" w:rsidP="002F020C">
            <w:pPr>
              <w:rPr>
                <w:lang w:val="sl-SI"/>
              </w:rPr>
            </w:pPr>
          </w:p>
          <w:p w14:paraId="205B8E3D" w14:textId="77777777" w:rsidR="00692E03" w:rsidRPr="0052733D" w:rsidRDefault="00692E03" w:rsidP="002F020C">
            <w:pPr>
              <w:rPr>
                <w:lang w:val="sl-SI"/>
              </w:rPr>
            </w:pPr>
            <w:r w:rsidRPr="0052733D">
              <w:rPr>
                <w:lang w:val="sl-SI"/>
              </w:rPr>
              <w:t>Zaključek izvajanja:</w:t>
            </w:r>
          </w:p>
          <w:p w14:paraId="24C79495" w14:textId="77777777" w:rsidR="00692E03" w:rsidRPr="0052733D" w:rsidRDefault="00692E03" w:rsidP="002F020C">
            <w:pPr>
              <w:rPr>
                <w:lang w:val="sl-SI"/>
              </w:rPr>
            </w:pPr>
          </w:p>
          <w:p w14:paraId="7A5F6D89" w14:textId="77777777" w:rsidR="00692E03" w:rsidRPr="0052733D" w:rsidRDefault="00692E03" w:rsidP="002F020C">
            <w:pPr>
              <w:rPr>
                <w:lang w:val="sl-SI"/>
              </w:rPr>
            </w:pPr>
            <w:r w:rsidRPr="0052733D">
              <w:rPr>
                <w:lang w:val="sl-SI"/>
              </w:rPr>
              <w:t>Rezultat aktivnosti: do 600 znakov</w:t>
            </w:r>
          </w:p>
          <w:p w14:paraId="486BA943" w14:textId="77777777" w:rsidR="00692E03" w:rsidRPr="0052733D" w:rsidRDefault="00692E03" w:rsidP="002F020C">
            <w:pPr>
              <w:rPr>
                <w:lang w:val="sl-SI"/>
              </w:rPr>
            </w:pPr>
          </w:p>
          <w:p w14:paraId="7FA23067" w14:textId="727304A2" w:rsidR="00692E03" w:rsidRPr="0052733D" w:rsidRDefault="00692E03" w:rsidP="002F020C">
            <w:pPr>
              <w:rPr>
                <w:lang w:val="sl-SI"/>
              </w:rPr>
            </w:pPr>
            <w:r w:rsidRPr="0052733D">
              <w:rPr>
                <w:lang w:val="sl-SI"/>
              </w:rPr>
              <w:t>Območje izvajanja aktivnosti projekta: do 200 znakov</w:t>
            </w:r>
          </w:p>
        </w:tc>
      </w:tr>
      <w:tr w:rsidR="00692E03" w:rsidRPr="00D83847" w14:paraId="67871458" w14:textId="77777777" w:rsidTr="002F020C">
        <w:trPr>
          <w:trHeight w:val="403"/>
          <w:jc w:val="center"/>
        </w:trPr>
        <w:tc>
          <w:tcPr>
            <w:tcW w:w="3384" w:type="dxa"/>
          </w:tcPr>
          <w:p w14:paraId="5F866942" w14:textId="77777777" w:rsidR="00692E03" w:rsidRPr="0052733D" w:rsidRDefault="00692E03" w:rsidP="002F020C">
            <w:pPr>
              <w:rPr>
                <w:lang w:val="sl-SI"/>
              </w:rPr>
            </w:pPr>
          </w:p>
        </w:tc>
        <w:tc>
          <w:tcPr>
            <w:tcW w:w="7128" w:type="dxa"/>
          </w:tcPr>
          <w:p w14:paraId="5718E5D9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Aktivnost:</w:t>
            </w:r>
          </w:p>
          <w:p w14:paraId="71369D3B" w14:textId="77777777" w:rsidR="0004506C" w:rsidRPr="0052733D" w:rsidRDefault="0004506C" w:rsidP="0004506C">
            <w:pPr>
              <w:rPr>
                <w:lang w:val="sl-SI"/>
              </w:rPr>
            </w:pPr>
          </w:p>
          <w:p w14:paraId="573AD3BF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Nosilec aktivnosti:</w:t>
            </w:r>
          </w:p>
          <w:p w14:paraId="06DA3536" w14:textId="77777777" w:rsidR="0004506C" w:rsidRPr="0052733D" w:rsidRDefault="0004506C" w:rsidP="0004506C">
            <w:pPr>
              <w:rPr>
                <w:lang w:val="sl-SI"/>
              </w:rPr>
            </w:pPr>
          </w:p>
          <w:p w14:paraId="7C37FE87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Opis aktivnosti:</w:t>
            </w:r>
          </w:p>
          <w:p w14:paraId="0B2C7DCD" w14:textId="77777777" w:rsidR="0004506C" w:rsidRPr="0052733D" w:rsidRDefault="0004506C" w:rsidP="0004506C">
            <w:pPr>
              <w:rPr>
                <w:lang w:val="sl-SI"/>
              </w:rPr>
            </w:pPr>
          </w:p>
          <w:p w14:paraId="44E2E595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Faza projekta:</w:t>
            </w:r>
          </w:p>
          <w:p w14:paraId="4F8E633D" w14:textId="77777777" w:rsidR="0004506C" w:rsidRPr="0052733D" w:rsidRDefault="0004506C" w:rsidP="0004506C">
            <w:pPr>
              <w:rPr>
                <w:lang w:val="sl-SI"/>
              </w:rPr>
            </w:pPr>
          </w:p>
          <w:p w14:paraId="2481FA65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Začetek izvajanja:</w:t>
            </w:r>
          </w:p>
          <w:p w14:paraId="296FC95D" w14:textId="77777777" w:rsidR="0004506C" w:rsidRPr="0052733D" w:rsidRDefault="0004506C" w:rsidP="0004506C">
            <w:pPr>
              <w:rPr>
                <w:lang w:val="sl-SI"/>
              </w:rPr>
            </w:pPr>
          </w:p>
          <w:p w14:paraId="408CB200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lastRenderedPageBreak/>
              <w:t>Zaključek izvajanja:</w:t>
            </w:r>
          </w:p>
          <w:p w14:paraId="70959332" w14:textId="77777777" w:rsidR="0004506C" w:rsidRPr="0052733D" w:rsidRDefault="0004506C" w:rsidP="0004506C">
            <w:pPr>
              <w:rPr>
                <w:lang w:val="sl-SI"/>
              </w:rPr>
            </w:pPr>
          </w:p>
          <w:p w14:paraId="353CE644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Rezultat aktivnosti: do 600 znakov</w:t>
            </w:r>
          </w:p>
          <w:p w14:paraId="7C5A9757" w14:textId="77777777" w:rsidR="0004506C" w:rsidRPr="0052733D" w:rsidRDefault="0004506C" w:rsidP="0004506C">
            <w:pPr>
              <w:rPr>
                <w:lang w:val="sl-SI"/>
              </w:rPr>
            </w:pPr>
          </w:p>
          <w:p w14:paraId="4280F014" w14:textId="3A6CE03D" w:rsidR="00692E03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Območje izvajanja aktivnosti projekta: do 200 znakov</w:t>
            </w:r>
          </w:p>
        </w:tc>
      </w:tr>
      <w:tr w:rsidR="00692E03" w:rsidRPr="00D83847" w14:paraId="478B1254" w14:textId="77777777" w:rsidTr="002F020C">
        <w:trPr>
          <w:trHeight w:val="403"/>
          <w:jc w:val="center"/>
        </w:trPr>
        <w:tc>
          <w:tcPr>
            <w:tcW w:w="3384" w:type="dxa"/>
          </w:tcPr>
          <w:p w14:paraId="125AC5CB" w14:textId="77777777" w:rsidR="00692E03" w:rsidRPr="0052733D" w:rsidRDefault="00692E03" w:rsidP="002F020C">
            <w:pPr>
              <w:rPr>
                <w:lang w:val="sl-SI"/>
              </w:rPr>
            </w:pPr>
          </w:p>
        </w:tc>
        <w:tc>
          <w:tcPr>
            <w:tcW w:w="7128" w:type="dxa"/>
          </w:tcPr>
          <w:p w14:paraId="7DE352E8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Aktivnost:</w:t>
            </w:r>
          </w:p>
          <w:p w14:paraId="14F08AD1" w14:textId="77777777" w:rsidR="0004506C" w:rsidRPr="0052733D" w:rsidRDefault="0004506C" w:rsidP="0004506C">
            <w:pPr>
              <w:rPr>
                <w:lang w:val="sl-SI"/>
              </w:rPr>
            </w:pPr>
          </w:p>
          <w:p w14:paraId="6B0A2334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Nosilec aktivnosti:</w:t>
            </w:r>
          </w:p>
          <w:p w14:paraId="7EF57354" w14:textId="77777777" w:rsidR="0004506C" w:rsidRPr="0052733D" w:rsidRDefault="0004506C" w:rsidP="0004506C">
            <w:pPr>
              <w:rPr>
                <w:lang w:val="sl-SI"/>
              </w:rPr>
            </w:pPr>
          </w:p>
          <w:p w14:paraId="29565E05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Opis aktivnosti:</w:t>
            </w:r>
          </w:p>
          <w:p w14:paraId="7161AD12" w14:textId="77777777" w:rsidR="0004506C" w:rsidRPr="0052733D" w:rsidRDefault="0004506C" w:rsidP="0004506C">
            <w:pPr>
              <w:rPr>
                <w:lang w:val="sl-SI"/>
              </w:rPr>
            </w:pPr>
          </w:p>
          <w:p w14:paraId="4B3981C7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Faza projekta:</w:t>
            </w:r>
          </w:p>
          <w:p w14:paraId="78347B0B" w14:textId="77777777" w:rsidR="0004506C" w:rsidRPr="0052733D" w:rsidRDefault="0004506C" w:rsidP="0004506C">
            <w:pPr>
              <w:rPr>
                <w:lang w:val="sl-SI"/>
              </w:rPr>
            </w:pPr>
          </w:p>
          <w:p w14:paraId="10614757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Začetek izvajanja:</w:t>
            </w:r>
          </w:p>
          <w:p w14:paraId="7EFA8F45" w14:textId="77777777" w:rsidR="0004506C" w:rsidRPr="0052733D" w:rsidRDefault="0004506C" w:rsidP="0004506C">
            <w:pPr>
              <w:rPr>
                <w:lang w:val="sl-SI"/>
              </w:rPr>
            </w:pPr>
          </w:p>
          <w:p w14:paraId="6D5752E2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Zaključek izvajanja:</w:t>
            </w:r>
          </w:p>
          <w:p w14:paraId="4A139C04" w14:textId="77777777" w:rsidR="0004506C" w:rsidRPr="0052733D" w:rsidRDefault="0004506C" w:rsidP="0004506C">
            <w:pPr>
              <w:rPr>
                <w:lang w:val="sl-SI"/>
              </w:rPr>
            </w:pPr>
          </w:p>
          <w:p w14:paraId="6D551F4A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Rezultat aktivnosti: do 600 znakov</w:t>
            </w:r>
          </w:p>
          <w:p w14:paraId="759E51EA" w14:textId="77777777" w:rsidR="0004506C" w:rsidRPr="0052733D" w:rsidRDefault="0004506C" w:rsidP="0004506C">
            <w:pPr>
              <w:rPr>
                <w:lang w:val="sl-SI"/>
              </w:rPr>
            </w:pPr>
          </w:p>
          <w:p w14:paraId="3F62ACC7" w14:textId="55B97DE9" w:rsidR="00692E03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Območje izvajanja aktivnosti projekta: do 200 znakov</w:t>
            </w:r>
          </w:p>
        </w:tc>
      </w:tr>
      <w:tr w:rsidR="00692E03" w:rsidRPr="00D83847" w14:paraId="7425C552" w14:textId="77777777" w:rsidTr="002F020C">
        <w:trPr>
          <w:trHeight w:val="403"/>
          <w:jc w:val="center"/>
        </w:trPr>
        <w:tc>
          <w:tcPr>
            <w:tcW w:w="3384" w:type="dxa"/>
          </w:tcPr>
          <w:p w14:paraId="43F09C7A" w14:textId="77777777" w:rsidR="00692E03" w:rsidRPr="0052733D" w:rsidRDefault="00692E03" w:rsidP="002F020C">
            <w:pPr>
              <w:rPr>
                <w:lang w:val="sl-SI"/>
              </w:rPr>
            </w:pPr>
          </w:p>
        </w:tc>
        <w:tc>
          <w:tcPr>
            <w:tcW w:w="7128" w:type="dxa"/>
          </w:tcPr>
          <w:p w14:paraId="00AFD25C" w14:textId="77777777" w:rsidR="00692E03" w:rsidRPr="0052733D" w:rsidRDefault="00692E03" w:rsidP="002F020C">
            <w:pPr>
              <w:rPr>
                <w:lang w:val="sl-SI"/>
              </w:rPr>
            </w:pPr>
          </w:p>
        </w:tc>
      </w:tr>
      <w:tr w:rsidR="00692E03" w:rsidRPr="00D83847" w14:paraId="1B776B2A" w14:textId="77777777" w:rsidTr="002F020C">
        <w:trPr>
          <w:trHeight w:val="403"/>
          <w:jc w:val="center"/>
        </w:trPr>
        <w:tc>
          <w:tcPr>
            <w:tcW w:w="3384" w:type="dxa"/>
          </w:tcPr>
          <w:p w14:paraId="2DA4802C" w14:textId="77777777" w:rsidR="00692E03" w:rsidRPr="0052733D" w:rsidRDefault="00692E03" w:rsidP="002F020C">
            <w:pPr>
              <w:rPr>
                <w:lang w:val="sl-SI"/>
              </w:rPr>
            </w:pPr>
          </w:p>
        </w:tc>
        <w:tc>
          <w:tcPr>
            <w:tcW w:w="7128" w:type="dxa"/>
          </w:tcPr>
          <w:p w14:paraId="1AD5E9CF" w14:textId="77777777" w:rsidR="00692E03" w:rsidRPr="0052733D" w:rsidRDefault="00692E03" w:rsidP="002F020C">
            <w:pPr>
              <w:rPr>
                <w:lang w:val="sl-SI"/>
              </w:rPr>
            </w:pPr>
          </w:p>
        </w:tc>
      </w:tr>
    </w:tbl>
    <w:p w14:paraId="358E3A41" w14:textId="77777777" w:rsidR="00024BC6" w:rsidRPr="0052733D" w:rsidRDefault="00024BC6">
      <w:pPr>
        <w:spacing w:after="20"/>
        <w:rPr>
          <w:lang w:val="sl-SI"/>
        </w:rPr>
      </w:pPr>
    </w:p>
    <w:p w14:paraId="20855574" w14:textId="77777777" w:rsidR="00024BC6" w:rsidRPr="0052733D" w:rsidRDefault="00024BC6">
      <w:pPr>
        <w:spacing w:after="20"/>
        <w:rPr>
          <w:lang w:val="sl-SI"/>
        </w:rPr>
      </w:pPr>
    </w:p>
    <w:tbl>
      <w:tblPr>
        <w:tblStyle w:val="Tabelamrea"/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3A8250FC" w14:textId="77777777" w:rsidTr="0004506C">
        <w:trPr>
          <w:jc w:val="center"/>
        </w:trPr>
        <w:tc>
          <w:tcPr>
            <w:tcW w:w="3384" w:type="dxa"/>
            <w:vAlign w:val="center"/>
          </w:tcPr>
          <w:p w14:paraId="587BF1F9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B_36</w:t>
            </w:r>
            <w:r w:rsidRPr="0052733D">
              <w:rPr>
                <w:b/>
                <w:sz w:val="17"/>
                <w:lang w:val="sl-SI"/>
              </w:rPr>
              <w:br/>
              <w:t>Opis projekta</w:t>
            </w:r>
          </w:p>
        </w:tc>
        <w:tc>
          <w:tcPr>
            <w:tcW w:w="7128" w:type="dxa"/>
            <w:vAlign w:val="center"/>
          </w:tcPr>
          <w:p w14:paraId="25FEC96E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do 6.000 znakov</w:t>
            </w:r>
          </w:p>
        </w:tc>
      </w:tr>
      <w:tr w:rsidR="001A7832" w:rsidRPr="00D83847" w14:paraId="14931F0B" w14:textId="77777777" w:rsidTr="0004506C">
        <w:trPr>
          <w:trHeight w:val="403"/>
          <w:jc w:val="center"/>
        </w:trPr>
        <w:tc>
          <w:tcPr>
            <w:tcW w:w="3384" w:type="dxa"/>
          </w:tcPr>
          <w:p w14:paraId="17ABF0EA" w14:textId="0943F31A" w:rsidR="00692E03" w:rsidRPr="0052733D" w:rsidRDefault="00692E03" w:rsidP="00692E03">
            <w:pPr>
              <w:rPr>
                <w:lang w:val="sl-SI"/>
              </w:rPr>
            </w:pPr>
            <w:r w:rsidRPr="0052733D">
              <w:rPr>
                <w:lang w:val="sl-SI"/>
              </w:rPr>
              <w:t>Na kratko opišite, katere izzive iz SLR LAS Prlekija za obdobje 2022 – 2028 rešujete z izvedbo projekta; kateri so glavni cilji, kazalniki</w:t>
            </w:r>
            <w:r w:rsidR="0004506C" w:rsidRP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 xml:space="preserve">SLR, glavne aktivnosti in pričakovani učinki in rezultati, ki jih bo projekt dosegel; komu je projekt namenjen in kdo so njegovi končni </w:t>
            </w:r>
          </w:p>
          <w:p w14:paraId="3469AD16" w14:textId="5452D37B" w:rsidR="001A7832" w:rsidRPr="0052733D" w:rsidRDefault="00692E03" w:rsidP="00692E03">
            <w:pPr>
              <w:rPr>
                <w:lang w:val="sl-SI"/>
              </w:rPr>
            </w:pPr>
            <w:r w:rsidRPr="0052733D">
              <w:rPr>
                <w:lang w:val="sl-SI"/>
              </w:rPr>
              <w:t>uporabniki; opredelite vlogo vodilnega partnerja in posameznih partnerjev v projektu; opredelite trajnost in inovativnost projekta,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komuniciranje projektnih rezultatov in ali bo projekt ustvaril novo delovno mesto.</w:t>
            </w:r>
          </w:p>
        </w:tc>
        <w:tc>
          <w:tcPr>
            <w:tcW w:w="7128" w:type="dxa"/>
          </w:tcPr>
          <w:p w14:paraId="55220127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4B740FAB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34544282" w14:textId="77777777" w:rsidTr="00692E03">
        <w:trPr>
          <w:jc w:val="center"/>
        </w:trPr>
        <w:tc>
          <w:tcPr>
            <w:tcW w:w="3384" w:type="dxa"/>
            <w:vAlign w:val="center"/>
          </w:tcPr>
          <w:p w14:paraId="3E89E9E3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B_37</w:t>
            </w:r>
            <w:r w:rsidRPr="0052733D">
              <w:rPr>
                <w:b/>
                <w:sz w:val="17"/>
                <w:lang w:val="sl-SI"/>
              </w:rPr>
              <w:br/>
              <w:t>Ciljne skupine</w:t>
            </w:r>
          </w:p>
        </w:tc>
        <w:tc>
          <w:tcPr>
            <w:tcW w:w="7128" w:type="dxa"/>
            <w:vAlign w:val="center"/>
          </w:tcPr>
          <w:p w14:paraId="4BDE9057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do 500 znakov</w:t>
            </w:r>
          </w:p>
        </w:tc>
      </w:tr>
      <w:tr w:rsidR="001A7832" w:rsidRPr="0052733D" w14:paraId="79E44594" w14:textId="77777777" w:rsidTr="00692E03">
        <w:trPr>
          <w:trHeight w:val="403"/>
          <w:jc w:val="center"/>
        </w:trPr>
        <w:tc>
          <w:tcPr>
            <w:tcW w:w="3384" w:type="dxa"/>
          </w:tcPr>
          <w:p w14:paraId="1F883418" w14:textId="694840F0" w:rsidR="001A7832" w:rsidRPr="0052733D" w:rsidRDefault="00692E03" w:rsidP="00692E03">
            <w:pPr>
              <w:rPr>
                <w:lang w:val="sl-SI"/>
              </w:rPr>
            </w:pPr>
            <w:r w:rsidRPr="0052733D">
              <w:rPr>
                <w:lang w:val="sl-SI"/>
              </w:rPr>
              <w:t>Navedite, katere ciljne skupine boste vključili v projekt, na kakšen način in opredelite njihovo število.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Ustrezne ciljne skupine so: podjetniki posamezniki, pravne osebe javnega in zasebnega prava, mladi (</w:t>
            </w:r>
            <w:proofErr w:type="spellStart"/>
            <w:r w:rsidRPr="0052733D">
              <w:rPr>
                <w:lang w:val="sl-SI"/>
              </w:rPr>
              <w:t>osipniki</w:t>
            </w:r>
            <w:proofErr w:type="spellEnd"/>
            <w:r w:rsidRPr="0052733D">
              <w:rPr>
                <w:lang w:val="sl-SI"/>
              </w:rPr>
              <w:t>, odvisniki, mladoletni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prestopniki, otroci in mladostniki iz družin, v katerih je prisotno nasilje, itd.) in druge ranljive skupine (starostniki, ženske žrtve nasilja,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migrantke, pripadnice etničnih manjšin itd.), dolgotrajno brezposelne osebe, starejši, nevladne organizacije, lokalna interesna ali druga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združenja.</w:t>
            </w:r>
          </w:p>
        </w:tc>
        <w:tc>
          <w:tcPr>
            <w:tcW w:w="7128" w:type="dxa"/>
          </w:tcPr>
          <w:p w14:paraId="47433F68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11027CD5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28379BFC" w14:textId="77777777" w:rsidTr="00692E03">
        <w:trPr>
          <w:jc w:val="center"/>
        </w:trPr>
        <w:tc>
          <w:tcPr>
            <w:tcW w:w="3384" w:type="dxa"/>
            <w:vAlign w:val="center"/>
          </w:tcPr>
          <w:p w14:paraId="277BB19A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B_38</w:t>
            </w:r>
            <w:r w:rsidRPr="0052733D">
              <w:rPr>
                <w:b/>
                <w:sz w:val="17"/>
                <w:lang w:val="sl-SI"/>
              </w:rPr>
              <w:br/>
              <w:t>Prispevek k horizontalnim ciljem EU</w:t>
            </w:r>
          </w:p>
        </w:tc>
        <w:tc>
          <w:tcPr>
            <w:tcW w:w="7128" w:type="dxa"/>
            <w:vAlign w:val="center"/>
          </w:tcPr>
          <w:p w14:paraId="4F591997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do 500 znakov</w:t>
            </w:r>
          </w:p>
        </w:tc>
      </w:tr>
      <w:tr w:rsidR="001A7832" w:rsidRPr="0052733D" w14:paraId="6C1F7B67" w14:textId="77777777" w:rsidTr="00692E03">
        <w:trPr>
          <w:trHeight w:val="403"/>
          <w:jc w:val="center"/>
        </w:trPr>
        <w:tc>
          <w:tcPr>
            <w:tcW w:w="3384" w:type="dxa"/>
          </w:tcPr>
          <w:p w14:paraId="7867DC20" w14:textId="0DCDD264" w:rsidR="001A7832" w:rsidRPr="0052733D" w:rsidRDefault="00692E03">
            <w:pPr>
              <w:rPr>
                <w:lang w:val="sl-SI"/>
              </w:rPr>
            </w:pPr>
            <w:r w:rsidRPr="0052733D">
              <w:rPr>
                <w:lang w:val="sl-SI"/>
              </w:rPr>
              <w:t>Zagotavljanje spoštovanja temeljnih pravic in skladnost z Listino Evropske unije o temeljnih pravicah.</w:t>
            </w:r>
          </w:p>
        </w:tc>
        <w:tc>
          <w:tcPr>
            <w:tcW w:w="7128" w:type="dxa"/>
          </w:tcPr>
          <w:p w14:paraId="43749FB3" w14:textId="703B9179" w:rsidR="001A7832" w:rsidRPr="0052733D" w:rsidRDefault="00692E03">
            <w:pPr>
              <w:rPr>
                <w:lang w:val="sl-SI"/>
              </w:rPr>
            </w:pPr>
            <w:r w:rsidRPr="0052733D">
              <w:rPr>
                <w:lang w:val="sl-SI"/>
              </w:rPr>
              <w:t>Utemeljitev skladnosti</w:t>
            </w:r>
          </w:p>
        </w:tc>
      </w:tr>
      <w:tr w:rsidR="001A7832" w:rsidRPr="0052733D" w14:paraId="1A121A2A" w14:textId="77777777" w:rsidTr="00692E03">
        <w:trPr>
          <w:trHeight w:val="403"/>
          <w:jc w:val="center"/>
        </w:trPr>
        <w:tc>
          <w:tcPr>
            <w:tcW w:w="3384" w:type="dxa"/>
          </w:tcPr>
          <w:p w14:paraId="0EE52AB3" w14:textId="77777777" w:rsidR="00692E03" w:rsidRPr="0052733D" w:rsidRDefault="00692E03" w:rsidP="00692E03">
            <w:pPr>
              <w:rPr>
                <w:lang w:val="sl-SI"/>
              </w:rPr>
            </w:pPr>
            <w:r w:rsidRPr="0052733D">
              <w:rPr>
                <w:lang w:val="sl-SI"/>
              </w:rPr>
              <w:lastRenderedPageBreak/>
              <w:t>Zagotavljanje preprečevanja diskriminacije na podlagi spola, rase ali narodnosti,</w:t>
            </w:r>
          </w:p>
          <w:p w14:paraId="0ECE1568" w14:textId="08A3CA4E" w:rsidR="001A7832" w:rsidRPr="0052733D" w:rsidRDefault="00692E03" w:rsidP="00692E03">
            <w:pPr>
              <w:rPr>
                <w:lang w:val="sl-SI"/>
              </w:rPr>
            </w:pPr>
            <w:r w:rsidRPr="0052733D">
              <w:rPr>
                <w:lang w:val="sl-SI"/>
              </w:rPr>
              <w:t>vere ali prepričanja, invalidnosti, starosti ali spolne usmerjenosti.</w:t>
            </w:r>
          </w:p>
        </w:tc>
        <w:tc>
          <w:tcPr>
            <w:tcW w:w="7128" w:type="dxa"/>
          </w:tcPr>
          <w:p w14:paraId="1317FB58" w14:textId="77777777" w:rsidR="001A7832" w:rsidRPr="0052733D" w:rsidRDefault="001A7832">
            <w:pPr>
              <w:rPr>
                <w:lang w:val="sl-SI"/>
              </w:rPr>
            </w:pPr>
          </w:p>
        </w:tc>
      </w:tr>
      <w:tr w:rsidR="001A7832" w:rsidRPr="00D83847" w14:paraId="569AECB6" w14:textId="77777777" w:rsidTr="00692E03">
        <w:trPr>
          <w:trHeight w:val="403"/>
          <w:jc w:val="center"/>
        </w:trPr>
        <w:tc>
          <w:tcPr>
            <w:tcW w:w="3384" w:type="dxa"/>
          </w:tcPr>
          <w:p w14:paraId="592C6125" w14:textId="77777777" w:rsidR="00692E03" w:rsidRPr="0052733D" w:rsidRDefault="00692E03" w:rsidP="00692E03">
            <w:pPr>
              <w:rPr>
                <w:lang w:val="sl-SI"/>
              </w:rPr>
            </w:pPr>
            <w:r w:rsidRPr="0052733D">
              <w:rPr>
                <w:lang w:val="sl-SI"/>
              </w:rPr>
              <w:t>Spodbujanje trajnostnega razvoja, kot je določen v členu 11 PDEU, ob upoštevanju ciljev ZN</w:t>
            </w:r>
          </w:p>
          <w:p w14:paraId="438283C4" w14:textId="1697BA69" w:rsidR="001A7832" w:rsidRPr="0052733D" w:rsidRDefault="00692E03" w:rsidP="00692E03">
            <w:pPr>
              <w:rPr>
                <w:lang w:val="sl-SI"/>
              </w:rPr>
            </w:pPr>
            <w:r w:rsidRPr="0052733D">
              <w:rPr>
                <w:lang w:val="sl-SI"/>
              </w:rPr>
              <w:t>glede trajnostnega razvoja, Pariškega sporazuma in načela, da se ne škoduje bistveno.</w:t>
            </w:r>
          </w:p>
        </w:tc>
        <w:tc>
          <w:tcPr>
            <w:tcW w:w="7128" w:type="dxa"/>
          </w:tcPr>
          <w:p w14:paraId="0105CD20" w14:textId="77777777" w:rsidR="001A7832" w:rsidRPr="0052733D" w:rsidRDefault="001A7832">
            <w:pPr>
              <w:rPr>
                <w:lang w:val="sl-SI"/>
              </w:rPr>
            </w:pPr>
          </w:p>
        </w:tc>
      </w:tr>
      <w:tr w:rsidR="00692E03" w:rsidRPr="00D83847" w14:paraId="487A3989" w14:textId="77777777" w:rsidTr="00692E03">
        <w:trPr>
          <w:trHeight w:val="403"/>
          <w:jc w:val="center"/>
        </w:trPr>
        <w:tc>
          <w:tcPr>
            <w:tcW w:w="3384" w:type="dxa"/>
          </w:tcPr>
          <w:p w14:paraId="3345FB7B" w14:textId="77777777" w:rsidR="00692E03" w:rsidRPr="0052733D" w:rsidRDefault="00692E03" w:rsidP="00692E03">
            <w:pPr>
              <w:rPr>
                <w:lang w:val="sl-SI"/>
              </w:rPr>
            </w:pPr>
            <w:r w:rsidRPr="0052733D">
              <w:rPr>
                <w:lang w:val="sl-SI"/>
              </w:rPr>
              <w:t>Zagotavljanje upoštevanja in spodbujanja enakosti moških in žensk,</w:t>
            </w:r>
          </w:p>
          <w:p w14:paraId="0540884D" w14:textId="1ECD6983" w:rsidR="00692E03" w:rsidRPr="0052733D" w:rsidRDefault="00692E03" w:rsidP="00692E03">
            <w:pPr>
              <w:rPr>
                <w:lang w:val="sl-SI"/>
              </w:rPr>
            </w:pPr>
            <w:r w:rsidRPr="0052733D">
              <w:rPr>
                <w:lang w:val="sl-SI"/>
              </w:rPr>
              <w:t>vključevanje načela enakosti spolov ter vključevanje vidika enakosti spolov</w:t>
            </w:r>
          </w:p>
        </w:tc>
        <w:tc>
          <w:tcPr>
            <w:tcW w:w="7128" w:type="dxa"/>
          </w:tcPr>
          <w:p w14:paraId="17B9A84C" w14:textId="77777777" w:rsidR="00692E03" w:rsidRPr="0052733D" w:rsidRDefault="00692E03">
            <w:pPr>
              <w:rPr>
                <w:lang w:val="sl-SI"/>
              </w:rPr>
            </w:pPr>
          </w:p>
        </w:tc>
      </w:tr>
    </w:tbl>
    <w:p w14:paraId="1077E2C7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2780BB1C" w14:textId="77777777" w:rsidTr="00692E03">
        <w:trPr>
          <w:jc w:val="center"/>
        </w:trPr>
        <w:tc>
          <w:tcPr>
            <w:tcW w:w="3384" w:type="dxa"/>
            <w:vAlign w:val="center"/>
          </w:tcPr>
          <w:p w14:paraId="6243B75F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B_40</w:t>
            </w:r>
            <w:r w:rsidRPr="0052733D">
              <w:rPr>
                <w:b/>
                <w:sz w:val="17"/>
                <w:lang w:val="sl-SI"/>
              </w:rPr>
              <w:br/>
              <w:t>Prispevek k doseganju ciljev SLR</w:t>
            </w:r>
          </w:p>
        </w:tc>
        <w:tc>
          <w:tcPr>
            <w:tcW w:w="7128" w:type="dxa"/>
            <w:vAlign w:val="center"/>
          </w:tcPr>
          <w:p w14:paraId="5ADE9180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do 500 znakov</w:t>
            </w:r>
          </w:p>
        </w:tc>
      </w:tr>
      <w:tr w:rsidR="001A7832" w:rsidRPr="0052733D" w14:paraId="3205DDEA" w14:textId="77777777" w:rsidTr="00692E03">
        <w:trPr>
          <w:trHeight w:val="403"/>
          <w:jc w:val="center"/>
        </w:trPr>
        <w:tc>
          <w:tcPr>
            <w:tcW w:w="3384" w:type="dxa"/>
          </w:tcPr>
          <w:p w14:paraId="1096F253" w14:textId="430ED657" w:rsidR="001A7832" w:rsidRPr="0052733D" w:rsidRDefault="00692E03">
            <w:pPr>
              <w:rPr>
                <w:lang w:val="sl-SI"/>
              </w:rPr>
            </w:pPr>
            <w:r w:rsidRPr="0052733D">
              <w:rPr>
                <w:lang w:val="sl-SI"/>
              </w:rPr>
              <w:t>V kolikšni meri projekt prispeva k doseganju ciljev in kazalnikov SLR?</w:t>
            </w:r>
          </w:p>
        </w:tc>
        <w:tc>
          <w:tcPr>
            <w:tcW w:w="7128" w:type="dxa"/>
          </w:tcPr>
          <w:p w14:paraId="09DB02C4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63A905FE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03BF5F9F" w14:textId="77777777" w:rsidTr="00692E03">
        <w:trPr>
          <w:jc w:val="center"/>
        </w:trPr>
        <w:tc>
          <w:tcPr>
            <w:tcW w:w="3384" w:type="dxa"/>
            <w:vAlign w:val="center"/>
          </w:tcPr>
          <w:p w14:paraId="6657C35A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B_41</w:t>
            </w:r>
            <w:r w:rsidRPr="0052733D">
              <w:rPr>
                <w:b/>
                <w:sz w:val="17"/>
                <w:lang w:val="sl-SI"/>
              </w:rPr>
              <w:br/>
              <w:t>Okoljska trajnost</w:t>
            </w:r>
          </w:p>
        </w:tc>
        <w:tc>
          <w:tcPr>
            <w:tcW w:w="7128" w:type="dxa"/>
            <w:vAlign w:val="center"/>
          </w:tcPr>
          <w:p w14:paraId="4FEE4AFB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do 500 znakov</w:t>
            </w:r>
          </w:p>
        </w:tc>
      </w:tr>
      <w:tr w:rsidR="001A7832" w:rsidRPr="00D83847" w14:paraId="30A43A90" w14:textId="77777777" w:rsidTr="00692E03">
        <w:trPr>
          <w:trHeight w:val="403"/>
          <w:jc w:val="center"/>
        </w:trPr>
        <w:tc>
          <w:tcPr>
            <w:tcW w:w="3384" w:type="dxa"/>
          </w:tcPr>
          <w:p w14:paraId="5FC40178" w14:textId="00EBB01E" w:rsidR="001A7832" w:rsidRPr="0052733D" w:rsidRDefault="00692E03">
            <w:pPr>
              <w:rPr>
                <w:lang w:val="sl-SI"/>
              </w:rPr>
            </w:pPr>
            <w:r w:rsidRPr="0052733D">
              <w:rPr>
                <w:lang w:val="sl-SI"/>
              </w:rPr>
              <w:t>Kako projekt prispeva k sonaravni rabi lokalnih virov in zagotavlja zmanjšanje porabe energije? Kako dosega blaženje podnebnih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sprememb in prilagajanje nanje? Kako prispeva k varovanju okolja in zdravju ter ozaveščanju prebivalcev Prlekije glede izboljšanja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stanja okolja in zdravja?</w:t>
            </w:r>
          </w:p>
        </w:tc>
        <w:tc>
          <w:tcPr>
            <w:tcW w:w="7128" w:type="dxa"/>
          </w:tcPr>
          <w:p w14:paraId="7D7946F6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26D8F8B6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448ACAB2" w14:textId="77777777" w:rsidTr="00692E03">
        <w:trPr>
          <w:jc w:val="center"/>
        </w:trPr>
        <w:tc>
          <w:tcPr>
            <w:tcW w:w="3384" w:type="dxa"/>
            <w:vAlign w:val="center"/>
          </w:tcPr>
          <w:p w14:paraId="6CCA2107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B_42</w:t>
            </w:r>
            <w:r w:rsidRPr="0052733D">
              <w:rPr>
                <w:b/>
                <w:sz w:val="17"/>
                <w:lang w:val="sl-SI"/>
              </w:rPr>
              <w:br/>
              <w:t>Socialna vzdržnost</w:t>
            </w:r>
          </w:p>
        </w:tc>
        <w:tc>
          <w:tcPr>
            <w:tcW w:w="7128" w:type="dxa"/>
            <w:vAlign w:val="center"/>
          </w:tcPr>
          <w:p w14:paraId="2161EB40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do 500 znakov</w:t>
            </w:r>
          </w:p>
        </w:tc>
      </w:tr>
      <w:tr w:rsidR="001A7832" w:rsidRPr="00D83847" w14:paraId="48F3B573" w14:textId="77777777" w:rsidTr="00692E03">
        <w:trPr>
          <w:trHeight w:val="403"/>
          <w:jc w:val="center"/>
        </w:trPr>
        <w:tc>
          <w:tcPr>
            <w:tcW w:w="3384" w:type="dxa"/>
          </w:tcPr>
          <w:p w14:paraId="1B8EDD57" w14:textId="4163FB03" w:rsidR="001A7832" w:rsidRPr="0052733D" w:rsidRDefault="00692E03">
            <w:pPr>
              <w:rPr>
                <w:lang w:val="sl-SI"/>
              </w:rPr>
            </w:pPr>
            <w:r w:rsidRPr="0052733D">
              <w:rPr>
                <w:lang w:val="sl-SI"/>
              </w:rPr>
              <w:t>Ali bodo v vaš projekt vključene tudi ranljive skupine? Če da, na kakšen način in v kakšnem številu?</w:t>
            </w:r>
          </w:p>
        </w:tc>
        <w:tc>
          <w:tcPr>
            <w:tcW w:w="7128" w:type="dxa"/>
          </w:tcPr>
          <w:p w14:paraId="52CE21CE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355250C6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3C172259" w14:textId="77777777" w:rsidTr="00692E03">
        <w:trPr>
          <w:jc w:val="center"/>
        </w:trPr>
        <w:tc>
          <w:tcPr>
            <w:tcW w:w="3384" w:type="dxa"/>
            <w:vAlign w:val="center"/>
          </w:tcPr>
          <w:p w14:paraId="31F19698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B_43</w:t>
            </w:r>
            <w:r w:rsidRPr="0052733D">
              <w:rPr>
                <w:b/>
                <w:sz w:val="17"/>
                <w:lang w:val="sl-SI"/>
              </w:rPr>
              <w:br/>
              <w:t>Inovativnost</w:t>
            </w:r>
          </w:p>
        </w:tc>
        <w:tc>
          <w:tcPr>
            <w:tcW w:w="7128" w:type="dxa"/>
            <w:vAlign w:val="center"/>
          </w:tcPr>
          <w:p w14:paraId="1C2B16D1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do 500 znakov</w:t>
            </w:r>
          </w:p>
        </w:tc>
      </w:tr>
      <w:tr w:rsidR="001A7832" w:rsidRPr="0052733D" w14:paraId="714B285A" w14:textId="77777777" w:rsidTr="00692E03">
        <w:trPr>
          <w:trHeight w:val="403"/>
          <w:jc w:val="center"/>
        </w:trPr>
        <w:tc>
          <w:tcPr>
            <w:tcW w:w="3384" w:type="dxa"/>
          </w:tcPr>
          <w:p w14:paraId="5E8D82AD" w14:textId="6CD01E67" w:rsidR="001A7832" w:rsidRPr="0052733D" w:rsidRDefault="00692E03">
            <w:pPr>
              <w:rPr>
                <w:lang w:val="sl-SI"/>
              </w:rPr>
            </w:pPr>
            <w:r w:rsidRPr="0052733D">
              <w:rPr>
                <w:lang w:val="sl-SI"/>
              </w:rPr>
              <w:t>Inovativnost pomeni novo storitev, novo ponudbo, nov izdelek, nov pristop, nov model ali nov program, ki ga na območju LAS doslej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ni bilo, ali njihovo bistveno nadgradnjo.</w:t>
            </w:r>
          </w:p>
        </w:tc>
        <w:tc>
          <w:tcPr>
            <w:tcW w:w="7128" w:type="dxa"/>
          </w:tcPr>
          <w:p w14:paraId="75DB1896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0868E70E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612ADA15" w14:textId="77777777" w:rsidTr="00692E03">
        <w:trPr>
          <w:jc w:val="center"/>
        </w:trPr>
        <w:tc>
          <w:tcPr>
            <w:tcW w:w="3384" w:type="dxa"/>
            <w:vAlign w:val="center"/>
          </w:tcPr>
          <w:p w14:paraId="3B74A654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B_44</w:t>
            </w:r>
            <w:r w:rsidRPr="0052733D">
              <w:rPr>
                <w:b/>
                <w:sz w:val="17"/>
                <w:lang w:val="sl-SI"/>
              </w:rPr>
              <w:br/>
              <w:t>Enakopravna vključenost različnih partnerjev</w:t>
            </w:r>
          </w:p>
        </w:tc>
        <w:tc>
          <w:tcPr>
            <w:tcW w:w="7128" w:type="dxa"/>
            <w:vAlign w:val="center"/>
          </w:tcPr>
          <w:p w14:paraId="051DBEBC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do 500 znakov</w:t>
            </w:r>
          </w:p>
        </w:tc>
      </w:tr>
      <w:tr w:rsidR="001A7832" w:rsidRPr="00D83847" w14:paraId="673788D5" w14:textId="77777777" w:rsidTr="00692E03">
        <w:trPr>
          <w:trHeight w:val="403"/>
          <w:jc w:val="center"/>
        </w:trPr>
        <w:tc>
          <w:tcPr>
            <w:tcW w:w="3384" w:type="dxa"/>
          </w:tcPr>
          <w:p w14:paraId="43FD42C7" w14:textId="606159A6" w:rsidR="001A7832" w:rsidRPr="0052733D" w:rsidRDefault="00692E03">
            <w:pPr>
              <w:rPr>
                <w:lang w:val="sl-SI"/>
              </w:rPr>
            </w:pPr>
            <w:r w:rsidRPr="0052733D">
              <w:rPr>
                <w:lang w:val="sl-SI"/>
              </w:rPr>
              <w:t>Opišite, kako so aktivnosti porazdeljene med partnerji. Ali partnerji izvajajo tudi skupne projektne aktivnosti?</w:t>
            </w:r>
          </w:p>
        </w:tc>
        <w:tc>
          <w:tcPr>
            <w:tcW w:w="7128" w:type="dxa"/>
          </w:tcPr>
          <w:p w14:paraId="65F79C64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039F1DF7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10F94864" w14:textId="77777777" w:rsidTr="00692E03">
        <w:trPr>
          <w:jc w:val="center"/>
        </w:trPr>
        <w:tc>
          <w:tcPr>
            <w:tcW w:w="3384" w:type="dxa"/>
            <w:vAlign w:val="center"/>
          </w:tcPr>
          <w:p w14:paraId="0A4D375E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B_45</w:t>
            </w:r>
            <w:r w:rsidRPr="0052733D">
              <w:rPr>
                <w:b/>
                <w:sz w:val="17"/>
                <w:lang w:val="sl-SI"/>
              </w:rPr>
              <w:br/>
              <w:t>Vpliv projekta na območje LAS/dodana vrednost</w:t>
            </w:r>
          </w:p>
        </w:tc>
        <w:tc>
          <w:tcPr>
            <w:tcW w:w="7128" w:type="dxa"/>
            <w:vAlign w:val="center"/>
          </w:tcPr>
          <w:p w14:paraId="4F51D230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do 500 znakov</w:t>
            </w:r>
          </w:p>
        </w:tc>
      </w:tr>
      <w:tr w:rsidR="001A7832" w:rsidRPr="0052733D" w14:paraId="5BEA7B1C" w14:textId="77777777" w:rsidTr="00692E03">
        <w:trPr>
          <w:trHeight w:val="403"/>
          <w:jc w:val="center"/>
        </w:trPr>
        <w:tc>
          <w:tcPr>
            <w:tcW w:w="3384" w:type="dxa"/>
          </w:tcPr>
          <w:p w14:paraId="465AECB5" w14:textId="072B3568" w:rsidR="001A7832" w:rsidRPr="0052733D" w:rsidRDefault="00692E03">
            <w:pPr>
              <w:rPr>
                <w:lang w:val="sl-SI"/>
              </w:rPr>
            </w:pPr>
            <w:r w:rsidRPr="0052733D">
              <w:rPr>
                <w:lang w:val="sl-SI"/>
              </w:rPr>
              <w:t>V kateri (katerih) občini (občinah) LAS bodo vidni neposredni učinki projekta in na kakšen način? Kakšna je dodana vrednost projekta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za območje LAS?</w:t>
            </w:r>
          </w:p>
        </w:tc>
        <w:tc>
          <w:tcPr>
            <w:tcW w:w="7128" w:type="dxa"/>
          </w:tcPr>
          <w:p w14:paraId="2937C76D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0B81DCE8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4555F3D4" w14:textId="77777777" w:rsidTr="00692E03">
        <w:trPr>
          <w:jc w:val="center"/>
        </w:trPr>
        <w:tc>
          <w:tcPr>
            <w:tcW w:w="3384" w:type="dxa"/>
            <w:vAlign w:val="center"/>
          </w:tcPr>
          <w:p w14:paraId="1004590C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B_46</w:t>
            </w:r>
            <w:r w:rsidRPr="0052733D">
              <w:rPr>
                <w:b/>
                <w:sz w:val="17"/>
                <w:lang w:val="sl-SI"/>
              </w:rPr>
              <w:br/>
              <w:t>Prispevek projekta k družbeni spremembi in povečanju družbene ozaveščenosti / družbena sprememba</w:t>
            </w:r>
          </w:p>
        </w:tc>
        <w:tc>
          <w:tcPr>
            <w:tcW w:w="7128" w:type="dxa"/>
            <w:vAlign w:val="center"/>
          </w:tcPr>
          <w:p w14:paraId="11D8CDA5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do 500 znakov</w:t>
            </w:r>
          </w:p>
        </w:tc>
      </w:tr>
      <w:tr w:rsidR="001A7832" w:rsidRPr="0052733D" w14:paraId="096B67FD" w14:textId="77777777" w:rsidTr="00692E03">
        <w:trPr>
          <w:trHeight w:val="403"/>
          <w:jc w:val="center"/>
        </w:trPr>
        <w:tc>
          <w:tcPr>
            <w:tcW w:w="3384" w:type="dxa"/>
          </w:tcPr>
          <w:p w14:paraId="0D77F166" w14:textId="1FAC89A9" w:rsidR="001A7832" w:rsidRPr="0052733D" w:rsidRDefault="00692E03">
            <w:pPr>
              <w:rPr>
                <w:lang w:val="sl-SI"/>
              </w:rPr>
            </w:pPr>
            <w:r w:rsidRPr="0052733D">
              <w:rPr>
                <w:lang w:val="sl-SI"/>
              </w:rPr>
              <w:lastRenderedPageBreak/>
              <w:t>Opišite, kako vpliva projekt na spremembe v družbi, kako vpliva na odnose med socialnimi skupinami. Opišite, kako projekt spreminja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položaj ciljnih skupin v družbi.</w:t>
            </w:r>
          </w:p>
        </w:tc>
        <w:tc>
          <w:tcPr>
            <w:tcW w:w="7128" w:type="dxa"/>
          </w:tcPr>
          <w:p w14:paraId="4D748050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12A67132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0C1A26E9" w14:textId="77777777" w:rsidTr="00692E03">
        <w:trPr>
          <w:jc w:val="center"/>
        </w:trPr>
        <w:tc>
          <w:tcPr>
            <w:tcW w:w="3384" w:type="dxa"/>
            <w:vAlign w:val="center"/>
          </w:tcPr>
          <w:p w14:paraId="16514084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B_47</w:t>
            </w:r>
            <w:r w:rsidRPr="0052733D">
              <w:rPr>
                <w:b/>
                <w:sz w:val="17"/>
                <w:lang w:val="sl-SI"/>
              </w:rPr>
              <w:br/>
              <w:t>Ustvarjanje novih delovnih mest</w:t>
            </w:r>
          </w:p>
        </w:tc>
        <w:tc>
          <w:tcPr>
            <w:tcW w:w="7128" w:type="dxa"/>
            <w:vAlign w:val="center"/>
          </w:tcPr>
          <w:p w14:paraId="4624C804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do 500 znakov</w:t>
            </w:r>
          </w:p>
        </w:tc>
      </w:tr>
      <w:tr w:rsidR="001A7832" w:rsidRPr="00D83847" w14:paraId="7A07EB7E" w14:textId="77777777" w:rsidTr="00692E03">
        <w:trPr>
          <w:trHeight w:val="403"/>
          <w:jc w:val="center"/>
        </w:trPr>
        <w:tc>
          <w:tcPr>
            <w:tcW w:w="3384" w:type="dxa"/>
          </w:tcPr>
          <w:p w14:paraId="45F285AB" w14:textId="77777777" w:rsidR="00692E03" w:rsidRPr="0052733D" w:rsidRDefault="00692E03" w:rsidP="00692E03">
            <w:pPr>
              <w:rPr>
                <w:lang w:val="sl-SI"/>
              </w:rPr>
            </w:pPr>
            <w:r w:rsidRPr="0052733D">
              <w:rPr>
                <w:lang w:val="sl-SI"/>
              </w:rPr>
              <w:t>Ali projekt predvideva ustvarjanje novih delovnih mest? Če da, v kakšnem obsegu?</w:t>
            </w:r>
          </w:p>
          <w:p w14:paraId="625369DF" w14:textId="156A8592" w:rsidR="001A7832" w:rsidRPr="0052733D" w:rsidRDefault="00692E03" w:rsidP="00692E03">
            <w:pPr>
              <w:rPr>
                <w:lang w:val="sl-SI"/>
              </w:rPr>
            </w:pPr>
            <w:r w:rsidRPr="0052733D">
              <w:rPr>
                <w:lang w:val="sl-SI"/>
              </w:rPr>
              <w:t>Kot novo delovno mesto se šteje zaposlitev za polni delovni čas 40 ur tedensko (tj. ena polna delovna moč oz. PDM). Prav tako se šteje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samozaposlitev samostojnega podjetnika posameznika za 40 ur tedensko. Kazalnik je treba doseči najkasneje do oddaje zadnjega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zahtevka za sofinanciranje projekta. Delovno mesto je treba ohranjati še vsaj tri leta od datuma končnega izplačila upravičencu.</w:t>
            </w:r>
          </w:p>
        </w:tc>
        <w:tc>
          <w:tcPr>
            <w:tcW w:w="7128" w:type="dxa"/>
          </w:tcPr>
          <w:p w14:paraId="351176D0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5E0B166B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39AC175D" w14:textId="77777777" w:rsidTr="0004506C">
        <w:trPr>
          <w:jc w:val="center"/>
        </w:trPr>
        <w:tc>
          <w:tcPr>
            <w:tcW w:w="3384" w:type="dxa"/>
            <w:vAlign w:val="center"/>
          </w:tcPr>
          <w:p w14:paraId="6A67F9A9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B_48</w:t>
            </w:r>
            <w:r w:rsidRPr="0052733D">
              <w:rPr>
                <w:b/>
                <w:sz w:val="17"/>
                <w:lang w:val="sl-SI"/>
              </w:rPr>
              <w:br/>
              <w:t>Komuniciranje</w:t>
            </w:r>
          </w:p>
        </w:tc>
        <w:tc>
          <w:tcPr>
            <w:tcW w:w="7128" w:type="dxa"/>
            <w:vAlign w:val="center"/>
          </w:tcPr>
          <w:p w14:paraId="31E1ACBA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do 500 znakov</w:t>
            </w:r>
          </w:p>
        </w:tc>
      </w:tr>
      <w:tr w:rsidR="001A7832" w:rsidRPr="00D83847" w14:paraId="4745AD57" w14:textId="77777777" w:rsidTr="0004506C">
        <w:trPr>
          <w:trHeight w:val="403"/>
          <w:jc w:val="center"/>
        </w:trPr>
        <w:tc>
          <w:tcPr>
            <w:tcW w:w="3384" w:type="dxa"/>
          </w:tcPr>
          <w:p w14:paraId="79F67505" w14:textId="77777777" w:rsidR="00692E03" w:rsidRPr="0052733D" w:rsidRDefault="00692E03" w:rsidP="00692E03">
            <w:pPr>
              <w:rPr>
                <w:lang w:val="sl-SI"/>
              </w:rPr>
            </w:pPr>
            <w:r w:rsidRPr="0052733D">
              <w:rPr>
                <w:lang w:val="sl-SI"/>
              </w:rPr>
              <w:t>Navedite na kakšen način in v kakšnem obsegu boste seznanjali splošno javnost s projektnimi aktivnostmi in rezultati.</w:t>
            </w:r>
          </w:p>
          <w:p w14:paraId="1A0922AE" w14:textId="3292FD45" w:rsidR="001A7832" w:rsidRPr="0052733D" w:rsidRDefault="00692E03" w:rsidP="00692E03">
            <w:pPr>
              <w:rPr>
                <w:lang w:val="sl-SI"/>
              </w:rPr>
            </w:pPr>
            <w:r w:rsidRPr="0052733D">
              <w:rPr>
                <w:lang w:val="sl-SI"/>
              </w:rPr>
              <w:t>Opis komunikacijskih aktivnosti v okviru projekta naj vsebuje predvideno število objav po posameznih medijskih kanalih (npr. en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prispevek na TV, 20 objav na družbenih medijih, 5 objav v tiskanih medijih, ena publikacija ipd.).</w:t>
            </w:r>
          </w:p>
        </w:tc>
        <w:tc>
          <w:tcPr>
            <w:tcW w:w="7128" w:type="dxa"/>
          </w:tcPr>
          <w:p w14:paraId="6B842328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7B078E9F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4072756B" w14:textId="77777777" w:rsidTr="0004506C">
        <w:trPr>
          <w:jc w:val="center"/>
        </w:trPr>
        <w:tc>
          <w:tcPr>
            <w:tcW w:w="3384" w:type="dxa"/>
            <w:vAlign w:val="center"/>
          </w:tcPr>
          <w:p w14:paraId="6BF76132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B_49</w:t>
            </w:r>
            <w:r w:rsidRPr="0052733D">
              <w:rPr>
                <w:b/>
                <w:sz w:val="17"/>
                <w:lang w:val="sl-SI"/>
              </w:rPr>
              <w:br/>
              <w:t>Ekonomska trajnost in načrt upravljanja projekta po zaključku izvajanja aktivnosti</w:t>
            </w:r>
          </w:p>
        </w:tc>
        <w:tc>
          <w:tcPr>
            <w:tcW w:w="7128" w:type="dxa"/>
            <w:vAlign w:val="center"/>
          </w:tcPr>
          <w:p w14:paraId="0C58A9B0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do 500 znakov</w:t>
            </w:r>
          </w:p>
        </w:tc>
      </w:tr>
      <w:tr w:rsidR="001A7832" w:rsidRPr="00D83847" w14:paraId="39EDDD90" w14:textId="77777777" w:rsidTr="0004506C">
        <w:trPr>
          <w:trHeight w:val="403"/>
          <w:jc w:val="center"/>
        </w:trPr>
        <w:tc>
          <w:tcPr>
            <w:tcW w:w="3384" w:type="dxa"/>
          </w:tcPr>
          <w:p w14:paraId="15C1F99A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Navedite, s katerimi viri in kako boste vzdrževali rezultate projekta po njegovem zaključku.</w:t>
            </w:r>
          </w:p>
          <w:p w14:paraId="020F515B" w14:textId="4C0B01A1" w:rsidR="001A7832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Na kakšen način projekt predvideva ohranitev rezultatov tudi po zaključku projekta? Kako bodo rezultati projekta na enak način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dostopni ciljni skupini še naprej? Kako se bo nadaljevalo izvajanje tistih dejavnosti projekta, ki neposredno prispevajo k rezultatom projekta?</w:t>
            </w:r>
          </w:p>
        </w:tc>
        <w:tc>
          <w:tcPr>
            <w:tcW w:w="7128" w:type="dxa"/>
          </w:tcPr>
          <w:p w14:paraId="20B0CE7A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0B78BAA2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10B0AFB8" w14:textId="77777777" w:rsidTr="0004506C">
        <w:trPr>
          <w:jc w:val="center"/>
        </w:trPr>
        <w:tc>
          <w:tcPr>
            <w:tcW w:w="3384" w:type="dxa"/>
            <w:vAlign w:val="center"/>
          </w:tcPr>
          <w:p w14:paraId="319C879C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B_50</w:t>
            </w:r>
            <w:r w:rsidRPr="0052733D">
              <w:rPr>
                <w:b/>
                <w:sz w:val="17"/>
                <w:lang w:val="sl-SI"/>
              </w:rPr>
              <w:br/>
              <w:t>Trženje projekta</w:t>
            </w:r>
          </w:p>
        </w:tc>
        <w:tc>
          <w:tcPr>
            <w:tcW w:w="7128" w:type="dxa"/>
            <w:vAlign w:val="center"/>
          </w:tcPr>
          <w:p w14:paraId="5D0B2C55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do 500 znakov</w:t>
            </w:r>
          </w:p>
        </w:tc>
      </w:tr>
      <w:tr w:rsidR="001A7832" w:rsidRPr="0052733D" w14:paraId="264517AB" w14:textId="77777777" w:rsidTr="0004506C">
        <w:trPr>
          <w:trHeight w:val="403"/>
          <w:jc w:val="center"/>
        </w:trPr>
        <w:tc>
          <w:tcPr>
            <w:tcW w:w="3384" w:type="dxa"/>
          </w:tcPr>
          <w:p w14:paraId="6551DC77" w14:textId="4E51F74D" w:rsidR="001A7832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Če operacija v času svojega izvajanja oz. po svojem zaključku ustvarja neto prihodek, se upoštevajo določila 61 oz. 65. Člena Uredbe1303/2013/EU.</w:t>
            </w:r>
          </w:p>
        </w:tc>
        <w:tc>
          <w:tcPr>
            <w:tcW w:w="7128" w:type="dxa"/>
          </w:tcPr>
          <w:p w14:paraId="1083AB08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3833C4AD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62143CED" w14:textId="77777777" w:rsidTr="0004506C">
        <w:trPr>
          <w:jc w:val="center"/>
        </w:trPr>
        <w:tc>
          <w:tcPr>
            <w:tcW w:w="3384" w:type="dxa"/>
            <w:vAlign w:val="center"/>
          </w:tcPr>
          <w:p w14:paraId="350CFA0D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B_51</w:t>
            </w:r>
            <w:r w:rsidRPr="0052733D">
              <w:rPr>
                <w:b/>
                <w:sz w:val="17"/>
                <w:lang w:val="sl-SI"/>
              </w:rPr>
              <w:br/>
              <w:t>Vključenost v LAS</w:t>
            </w:r>
          </w:p>
        </w:tc>
        <w:tc>
          <w:tcPr>
            <w:tcW w:w="7128" w:type="dxa"/>
            <w:vAlign w:val="center"/>
          </w:tcPr>
          <w:p w14:paraId="4DE194BF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do 500 znakov</w:t>
            </w:r>
          </w:p>
        </w:tc>
      </w:tr>
      <w:tr w:rsidR="001A7832" w:rsidRPr="0052733D" w14:paraId="32047CEC" w14:textId="77777777" w:rsidTr="0004506C">
        <w:trPr>
          <w:trHeight w:val="403"/>
          <w:jc w:val="center"/>
        </w:trPr>
        <w:tc>
          <w:tcPr>
            <w:tcW w:w="3384" w:type="dxa"/>
          </w:tcPr>
          <w:p w14:paraId="3D722C43" w14:textId="63F552CF" w:rsidR="001A7832" w:rsidRPr="0052733D" w:rsidRDefault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Ali se vodilni partner vključuje v aktivnosti LAS Prlekija? Utemeljite.</w:t>
            </w:r>
          </w:p>
        </w:tc>
        <w:tc>
          <w:tcPr>
            <w:tcW w:w="7128" w:type="dxa"/>
          </w:tcPr>
          <w:p w14:paraId="6018C9D9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0DF2C058" w14:textId="77777777" w:rsidR="001A7832" w:rsidRPr="0052733D" w:rsidRDefault="001A7832">
      <w:pPr>
        <w:spacing w:after="20"/>
        <w:rPr>
          <w:lang w:val="sl-SI"/>
        </w:rPr>
      </w:pPr>
    </w:p>
    <w:p w14:paraId="38D0D17A" w14:textId="77777777" w:rsidR="001A7832" w:rsidRPr="0052733D" w:rsidRDefault="00000000">
      <w:pPr>
        <w:pStyle w:val="Naslov1"/>
        <w:rPr>
          <w:lang w:val="sl-SI"/>
        </w:rPr>
      </w:pPr>
      <w:r w:rsidRPr="0052733D">
        <w:rPr>
          <w:lang w:val="sl-SI"/>
        </w:rPr>
        <w:lastRenderedPageBreak/>
        <w:t>C – Kazalniki</w:t>
      </w:r>
    </w:p>
    <w:tbl>
      <w:tblPr>
        <w:tblStyle w:val="Tabelamrea"/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4E35AEA3" w14:textId="77777777" w:rsidTr="0004506C">
        <w:trPr>
          <w:jc w:val="center"/>
        </w:trPr>
        <w:tc>
          <w:tcPr>
            <w:tcW w:w="3384" w:type="dxa"/>
            <w:vAlign w:val="center"/>
          </w:tcPr>
          <w:p w14:paraId="3E0101BF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C_01</w:t>
            </w:r>
            <w:r w:rsidRPr="0052733D">
              <w:rPr>
                <w:b/>
                <w:sz w:val="17"/>
                <w:lang w:val="sl-SI"/>
              </w:rPr>
              <w:br/>
              <w:t>Kazalniki SLR</w:t>
            </w:r>
          </w:p>
        </w:tc>
        <w:tc>
          <w:tcPr>
            <w:tcW w:w="7128" w:type="dxa"/>
            <w:vAlign w:val="center"/>
          </w:tcPr>
          <w:p w14:paraId="47ACE0B7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Izberite vsaj en ustrezen kazalnik.</w:t>
            </w:r>
          </w:p>
        </w:tc>
      </w:tr>
      <w:tr w:rsidR="001A7832" w:rsidRPr="00D83847" w14:paraId="22D651B6" w14:textId="77777777" w:rsidTr="0004506C">
        <w:trPr>
          <w:trHeight w:val="403"/>
          <w:jc w:val="center"/>
        </w:trPr>
        <w:tc>
          <w:tcPr>
            <w:tcW w:w="3384" w:type="dxa"/>
          </w:tcPr>
          <w:p w14:paraId="16ECCF40" w14:textId="5D4A54DA" w:rsidR="0004506C" w:rsidRPr="0052733D" w:rsidRDefault="0004506C" w:rsidP="0004506C">
            <w:pPr>
              <w:rPr>
                <w:b/>
                <w:bCs/>
                <w:lang w:val="sl-SI"/>
              </w:rPr>
            </w:pPr>
            <w:r w:rsidRPr="0052733D">
              <w:rPr>
                <w:b/>
                <w:bCs/>
                <w:lang w:val="sl-SI"/>
              </w:rPr>
              <w:t>Izberite vsaj en ustrezen kazalnik iz spustnega seznama. Projekt bo odobren samo, če bo prispeval k realizaciji ukrepov, določenih v</w:t>
            </w:r>
            <w:r w:rsidR="0052733D" w:rsidRPr="0052733D">
              <w:rPr>
                <w:b/>
                <w:bCs/>
                <w:lang w:val="sl-SI"/>
              </w:rPr>
              <w:t xml:space="preserve"> </w:t>
            </w:r>
            <w:r w:rsidRPr="0052733D">
              <w:rPr>
                <w:b/>
                <w:bCs/>
                <w:lang w:val="sl-SI"/>
              </w:rPr>
              <w:t>SLR. Doseči mora kazalnike SLR, in sicer:</w:t>
            </w:r>
          </w:p>
          <w:p w14:paraId="15D7951B" w14:textId="3A40398D" w:rsidR="0004506C" w:rsidRPr="0052733D" w:rsidRDefault="0004506C" w:rsidP="0004506C">
            <w:pPr>
              <w:rPr>
                <w:b/>
                <w:bCs/>
                <w:lang w:val="sl-SI"/>
              </w:rPr>
            </w:pPr>
            <w:r w:rsidRPr="0052733D">
              <w:rPr>
                <w:b/>
                <w:bCs/>
                <w:lang w:val="sl-SI"/>
              </w:rPr>
              <w:t>- Na ukrepu U1 mora projekt dosegati oba ukrepu pripadajoča kazalnika, pri čemer mora biti v okviru projekta vzpostavljena najmanj</w:t>
            </w:r>
            <w:r w:rsidR="0052733D" w:rsidRPr="0052733D">
              <w:rPr>
                <w:b/>
                <w:bCs/>
                <w:lang w:val="sl-SI"/>
              </w:rPr>
              <w:t xml:space="preserve"> </w:t>
            </w:r>
            <w:r w:rsidRPr="0052733D">
              <w:rPr>
                <w:b/>
                <w:bCs/>
                <w:lang w:val="sl-SI"/>
              </w:rPr>
              <w:t>ena zaposlitev. Kandidirajo lahko le projekti investicijske narave.</w:t>
            </w:r>
          </w:p>
          <w:p w14:paraId="7C797B1A" w14:textId="696FA3CC" w:rsidR="001A7832" w:rsidRPr="0052733D" w:rsidRDefault="0004506C" w:rsidP="0004506C">
            <w:pPr>
              <w:rPr>
                <w:b/>
                <w:bCs/>
                <w:lang w:val="sl-SI"/>
              </w:rPr>
            </w:pPr>
            <w:r w:rsidRPr="0052733D">
              <w:rPr>
                <w:b/>
                <w:bCs/>
                <w:lang w:val="sl-SI"/>
              </w:rPr>
              <w:t>- Na ukrepih U4 in U5 mora projekt dosegati najmanj en ukrepu pripadajoč kazalnik. Kandidirajo lahko le projekti neinvesticijske narave</w:t>
            </w:r>
          </w:p>
        </w:tc>
        <w:tc>
          <w:tcPr>
            <w:tcW w:w="7128" w:type="dxa"/>
          </w:tcPr>
          <w:p w14:paraId="22001411" w14:textId="0DEDC4FB" w:rsidR="001A7832" w:rsidRPr="0052733D" w:rsidRDefault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Opis:</w:t>
            </w:r>
          </w:p>
          <w:p w14:paraId="6569C823" w14:textId="77777777" w:rsidR="0004506C" w:rsidRPr="0052733D" w:rsidRDefault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Začetna vrednost:</w:t>
            </w:r>
          </w:p>
          <w:p w14:paraId="5B74971E" w14:textId="0F2A94F0" w:rsidR="0004506C" w:rsidRPr="0052733D" w:rsidRDefault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Načrtovana vrednost ob zaključki projekta:</w:t>
            </w:r>
          </w:p>
        </w:tc>
      </w:tr>
      <w:tr w:rsidR="0004506C" w:rsidRPr="00D83847" w14:paraId="40F142D9" w14:textId="77777777" w:rsidTr="0004506C">
        <w:trPr>
          <w:trHeight w:val="403"/>
          <w:jc w:val="center"/>
        </w:trPr>
        <w:tc>
          <w:tcPr>
            <w:tcW w:w="3384" w:type="dxa"/>
          </w:tcPr>
          <w:p w14:paraId="10483DEC" w14:textId="77777777" w:rsidR="0004506C" w:rsidRPr="0052733D" w:rsidRDefault="0004506C" w:rsidP="0004506C">
            <w:pPr>
              <w:rPr>
                <w:lang w:val="sl-SI"/>
              </w:rPr>
            </w:pPr>
          </w:p>
        </w:tc>
        <w:tc>
          <w:tcPr>
            <w:tcW w:w="7128" w:type="dxa"/>
          </w:tcPr>
          <w:p w14:paraId="3A21047A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Opis:</w:t>
            </w:r>
          </w:p>
          <w:p w14:paraId="1FB59A35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Začetna vrednost:</w:t>
            </w:r>
          </w:p>
          <w:p w14:paraId="3E7C485F" w14:textId="14E9AD96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Načrtovana vrednost ob zaključki projekta:</w:t>
            </w:r>
          </w:p>
        </w:tc>
      </w:tr>
      <w:tr w:rsidR="0004506C" w:rsidRPr="00D83847" w14:paraId="4342BED0" w14:textId="77777777" w:rsidTr="0004506C">
        <w:trPr>
          <w:trHeight w:val="403"/>
          <w:jc w:val="center"/>
        </w:trPr>
        <w:tc>
          <w:tcPr>
            <w:tcW w:w="3384" w:type="dxa"/>
          </w:tcPr>
          <w:p w14:paraId="39D47D54" w14:textId="77777777" w:rsidR="0004506C" w:rsidRPr="0052733D" w:rsidRDefault="0004506C" w:rsidP="0004506C">
            <w:pPr>
              <w:rPr>
                <w:lang w:val="sl-SI"/>
              </w:rPr>
            </w:pPr>
          </w:p>
        </w:tc>
        <w:tc>
          <w:tcPr>
            <w:tcW w:w="7128" w:type="dxa"/>
          </w:tcPr>
          <w:p w14:paraId="63B50E29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Opis:</w:t>
            </w:r>
          </w:p>
          <w:p w14:paraId="33ED1D5A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Začetna vrednost:</w:t>
            </w:r>
          </w:p>
          <w:p w14:paraId="27D8CD25" w14:textId="2A8BD319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Načrtovana vrednost ob zaključki projekta:</w:t>
            </w:r>
          </w:p>
        </w:tc>
      </w:tr>
      <w:tr w:rsidR="0004506C" w:rsidRPr="00D83847" w14:paraId="2FBD400E" w14:textId="77777777" w:rsidTr="0004506C">
        <w:trPr>
          <w:trHeight w:val="403"/>
          <w:jc w:val="center"/>
        </w:trPr>
        <w:tc>
          <w:tcPr>
            <w:tcW w:w="3384" w:type="dxa"/>
          </w:tcPr>
          <w:p w14:paraId="54AC474C" w14:textId="77777777" w:rsidR="0004506C" w:rsidRPr="0052733D" w:rsidRDefault="0004506C" w:rsidP="0004506C">
            <w:pPr>
              <w:rPr>
                <w:lang w:val="sl-SI"/>
              </w:rPr>
            </w:pPr>
          </w:p>
        </w:tc>
        <w:tc>
          <w:tcPr>
            <w:tcW w:w="7128" w:type="dxa"/>
          </w:tcPr>
          <w:p w14:paraId="7038024D" w14:textId="77777777" w:rsidR="0004506C" w:rsidRPr="0052733D" w:rsidRDefault="0004506C">
            <w:pPr>
              <w:rPr>
                <w:lang w:val="sl-SI"/>
              </w:rPr>
            </w:pPr>
          </w:p>
        </w:tc>
      </w:tr>
    </w:tbl>
    <w:p w14:paraId="1309779B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29761A99" w14:textId="77777777">
        <w:trPr>
          <w:jc w:val="center"/>
        </w:trPr>
        <w:tc>
          <w:tcPr>
            <w:tcW w:w="3384" w:type="dxa"/>
            <w:vAlign w:val="center"/>
          </w:tcPr>
          <w:p w14:paraId="6D3E2988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C_01_1</w:t>
            </w:r>
            <w:r w:rsidRPr="0052733D">
              <w:rPr>
                <w:b/>
                <w:sz w:val="17"/>
                <w:lang w:val="sl-SI"/>
              </w:rPr>
              <w:br/>
              <w:t>Kazalniki projekta</w:t>
            </w:r>
          </w:p>
        </w:tc>
        <w:tc>
          <w:tcPr>
            <w:tcW w:w="7128" w:type="dxa"/>
            <w:vAlign w:val="center"/>
          </w:tcPr>
          <w:p w14:paraId="04CC3767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Izberite vsaj en ustrezen kazalnik.</w:t>
            </w:r>
          </w:p>
        </w:tc>
      </w:tr>
      <w:tr w:rsidR="001A7832" w:rsidRPr="00D83847" w14:paraId="3B77F027" w14:textId="77777777">
        <w:trPr>
          <w:trHeight w:val="403"/>
          <w:jc w:val="center"/>
        </w:trPr>
        <w:tc>
          <w:tcPr>
            <w:tcW w:w="3384" w:type="dxa"/>
          </w:tcPr>
          <w:p w14:paraId="32E7318E" w14:textId="42357BF4" w:rsidR="001A7832" w:rsidRPr="0052733D" w:rsidRDefault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Izberite vsaj en ustrezen kazalnik iz spustnega seznama, ki jih bo vaš projekt dosegal.</w:t>
            </w:r>
          </w:p>
        </w:tc>
        <w:tc>
          <w:tcPr>
            <w:tcW w:w="7128" w:type="dxa"/>
          </w:tcPr>
          <w:p w14:paraId="29817DF9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Opis:</w:t>
            </w:r>
          </w:p>
          <w:p w14:paraId="67CA7D31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Začetna vrednost:</w:t>
            </w:r>
          </w:p>
          <w:p w14:paraId="6A64E37C" w14:textId="5E31A26E" w:rsidR="001A7832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Načrtovana vrednost ob zaključki projekta:</w:t>
            </w:r>
          </w:p>
        </w:tc>
      </w:tr>
    </w:tbl>
    <w:p w14:paraId="0344D56C" w14:textId="77777777" w:rsidR="001A7832" w:rsidRPr="0052733D" w:rsidRDefault="001A7832">
      <w:pPr>
        <w:spacing w:after="20"/>
        <w:rPr>
          <w:lang w:val="sl-SI"/>
        </w:rPr>
      </w:pPr>
    </w:p>
    <w:p w14:paraId="0B6C3F0E" w14:textId="77777777" w:rsidR="001A7832" w:rsidRPr="0052733D" w:rsidRDefault="001A7832">
      <w:pPr>
        <w:spacing w:after="20"/>
        <w:rPr>
          <w:lang w:val="sl-SI"/>
        </w:rPr>
      </w:pPr>
    </w:p>
    <w:p w14:paraId="52BBB388" w14:textId="77777777" w:rsidR="001A7832" w:rsidRPr="0052733D" w:rsidRDefault="00000000">
      <w:pPr>
        <w:pStyle w:val="Naslov1"/>
        <w:rPr>
          <w:lang w:val="sl-SI"/>
        </w:rPr>
      </w:pPr>
      <w:r w:rsidRPr="0052733D">
        <w:rPr>
          <w:lang w:val="sl-SI"/>
        </w:rPr>
        <w:t>E – DDV in predplačilo</w:t>
      </w: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377CC429" w14:textId="77777777">
        <w:trPr>
          <w:jc w:val="center"/>
        </w:trPr>
        <w:tc>
          <w:tcPr>
            <w:tcW w:w="3384" w:type="dxa"/>
            <w:vAlign w:val="center"/>
          </w:tcPr>
          <w:p w14:paraId="05E35222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E_01</w:t>
            </w:r>
            <w:r w:rsidRPr="0052733D">
              <w:rPr>
                <w:b/>
                <w:sz w:val="17"/>
                <w:lang w:val="sl-SI"/>
              </w:rPr>
              <w:br/>
              <w:t>DDV kot upravičen strošek</w:t>
            </w:r>
          </w:p>
        </w:tc>
        <w:tc>
          <w:tcPr>
            <w:tcW w:w="7128" w:type="dxa"/>
            <w:vAlign w:val="center"/>
          </w:tcPr>
          <w:p w14:paraId="7CD2A123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Prijavitelj / vodilni partner: __________</w:t>
            </w:r>
          </w:p>
        </w:tc>
      </w:tr>
    </w:tbl>
    <w:p w14:paraId="487E29E4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740E2158" w14:textId="77777777">
        <w:trPr>
          <w:jc w:val="center"/>
        </w:trPr>
        <w:tc>
          <w:tcPr>
            <w:tcW w:w="3384" w:type="dxa"/>
            <w:vAlign w:val="center"/>
          </w:tcPr>
          <w:p w14:paraId="2B19F73B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E_02</w:t>
            </w:r>
            <w:r w:rsidRPr="0052733D">
              <w:rPr>
                <w:b/>
                <w:sz w:val="17"/>
                <w:lang w:val="sl-SI"/>
              </w:rPr>
              <w:br/>
              <w:t>Predplačilo</w:t>
            </w:r>
          </w:p>
        </w:tc>
        <w:tc>
          <w:tcPr>
            <w:tcW w:w="7128" w:type="dxa"/>
            <w:vAlign w:val="center"/>
          </w:tcPr>
          <w:p w14:paraId="1E2E5F63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Prijavitelj / vodilni partner: __________</w:t>
            </w:r>
          </w:p>
        </w:tc>
      </w:tr>
    </w:tbl>
    <w:p w14:paraId="5D2218A4" w14:textId="77777777" w:rsidR="001A7832" w:rsidRPr="0052733D" w:rsidRDefault="001A7832">
      <w:pPr>
        <w:spacing w:after="20"/>
        <w:rPr>
          <w:lang w:val="sl-SI"/>
        </w:rPr>
      </w:pPr>
    </w:p>
    <w:p w14:paraId="0018262C" w14:textId="77777777" w:rsidR="001A7832" w:rsidRPr="0052733D" w:rsidRDefault="00000000">
      <w:pPr>
        <w:rPr>
          <w:lang w:val="sl-SI"/>
        </w:rPr>
      </w:pPr>
      <w:r w:rsidRPr="0052733D">
        <w:rPr>
          <w:lang w:val="sl-SI"/>
        </w:rPr>
        <w:br w:type="page"/>
      </w:r>
    </w:p>
    <w:p w14:paraId="397D0A40" w14:textId="77777777" w:rsidR="001A7832" w:rsidRPr="0052733D" w:rsidRDefault="00000000">
      <w:pPr>
        <w:pStyle w:val="Naslov1"/>
        <w:rPr>
          <w:lang w:val="sl-SI"/>
        </w:rPr>
      </w:pPr>
      <w:r w:rsidRPr="0052733D">
        <w:rPr>
          <w:lang w:val="sl-SI"/>
        </w:rPr>
        <w:lastRenderedPageBreak/>
        <w:t>F – Izjave in priloge</w:t>
      </w: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1A4C7A35" w14:textId="77777777">
        <w:trPr>
          <w:jc w:val="center"/>
        </w:trPr>
        <w:tc>
          <w:tcPr>
            <w:tcW w:w="3384" w:type="dxa"/>
            <w:vAlign w:val="center"/>
          </w:tcPr>
          <w:p w14:paraId="0CFF0FCC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F_01</w:t>
            </w:r>
            <w:r w:rsidRPr="0052733D">
              <w:rPr>
                <w:b/>
                <w:sz w:val="17"/>
                <w:lang w:val="sl-SI"/>
              </w:rPr>
              <w:br/>
              <w:t>Izjave glede izpolnjevanja splošnih pogojev uredbe LEADER/CLLD</w:t>
            </w:r>
          </w:p>
        </w:tc>
        <w:tc>
          <w:tcPr>
            <w:tcW w:w="7128" w:type="dxa"/>
            <w:vAlign w:val="center"/>
          </w:tcPr>
          <w:p w14:paraId="300DBE5B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Priloga / datoteka: ______________________________</w:t>
            </w:r>
          </w:p>
        </w:tc>
      </w:tr>
      <w:tr w:rsidR="001A7832" w:rsidRPr="0052733D" w14:paraId="4CED2293" w14:textId="77777777">
        <w:trPr>
          <w:trHeight w:val="403"/>
          <w:jc w:val="center"/>
        </w:trPr>
        <w:tc>
          <w:tcPr>
            <w:tcW w:w="3384" w:type="dxa"/>
          </w:tcPr>
          <w:p w14:paraId="02F9123B" w14:textId="77777777" w:rsidR="001A7832" w:rsidRPr="0052733D" w:rsidRDefault="001A7832">
            <w:pPr>
              <w:rPr>
                <w:lang w:val="sl-SI"/>
              </w:rPr>
            </w:pPr>
          </w:p>
        </w:tc>
        <w:tc>
          <w:tcPr>
            <w:tcW w:w="7128" w:type="dxa"/>
          </w:tcPr>
          <w:p w14:paraId="283D2625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405436AC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5905B771" w14:textId="77777777">
        <w:trPr>
          <w:jc w:val="center"/>
        </w:trPr>
        <w:tc>
          <w:tcPr>
            <w:tcW w:w="3384" w:type="dxa"/>
            <w:vAlign w:val="center"/>
          </w:tcPr>
          <w:p w14:paraId="79C23315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F_02</w:t>
            </w:r>
            <w:r w:rsidRPr="0052733D">
              <w:rPr>
                <w:b/>
                <w:sz w:val="17"/>
                <w:lang w:val="sl-SI"/>
              </w:rPr>
              <w:br/>
              <w:t>Pisne izjave glede dvojnega sofinanciranja</w:t>
            </w:r>
          </w:p>
        </w:tc>
        <w:tc>
          <w:tcPr>
            <w:tcW w:w="7128" w:type="dxa"/>
            <w:vAlign w:val="center"/>
          </w:tcPr>
          <w:p w14:paraId="2A2E9B3A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Priloga / datoteka: ______________________________</w:t>
            </w:r>
          </w:p>
        </w:tc>
      </w:tr>
      <w:tr w:rsidR="001A7832" w:rsidRPr="0052733D" w14:paraId="3F7367E1" w14:textId="77777777">
        <w:trPr>
          <w:trHeight w:val="403"/>
          <w:jc w:val="center"/>
        </w:trPr>
        <w:tc>
          <w:tcPr>
            <w:tcW w:w="3384" w:type="dxa"/>
          </w:tcPr>
          <w:p w14:paraId="4B5B4CCE" w14:textId="77777777" w:rsidR="001A7832" w:rsidRPr="0052733D" w:rsidRDefault="001A7832">
            <w:pPr>
              <w:rPr>
                <w:lang w:val="sl-SI"/>
              </w:rPr>
            </w:pPr>
          </w:p>
        </w:tc>
        <w:tc>
          <w:tcPr>
            <w:tcW w:w="7128" w:type="dxa"/>
          </w:tcPr>
          <w:p w14:paraId="089E641D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4964F72F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5AFF3BE4" w14:textId="77777777">
        <w:trPr>
          <w:jc w:val="center"/>
        </w:trPr>
        <w:tc>
          <w:tcPr>
            <w:tcW w:w="3384" w:type="dxa"/>
            <w:vAlign w:val="center"/>
          </w:tcPr>
          <w:p w14:paraId="416B94C0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F_03</w:t>
            </w:r>
            <w:r w:rsidRPr="0052733D">
              <w:rPr>
                <w:b/>
                <w:sz w:val="17"/>
                <w:lang w:val="sl-SI"/>
              </w:rPr>
              <w:br/>
              <w:t xml:space="preserve">Pisne izjave glede enotnega podjetja in kumulacij pomoči de </w:t>
            </w:r>
            <w:proofErr w:type="spellStart"/>
            <w:r w:rsidRPr="0052733D">
              <w:rPr>
                <w:b/>
                <w:sz w:val="17"/>
                <w:lang w:val="sl-SI"/>
              </w:rPr>
              <w:t>minimis</w:t>
            </w:r>
            <w:proofErr w:type="spellEnd"/>
          </w:p>
        </w:tc>
        <w:tc>
          <w:tcPr>
            <w:tcW w:w="7128" w:type="dxa"/>
            <w:vAlign w:val="center"/>
          </w:tcPr>
          <w:p w14:paraId="573658F3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Priloga / datoteka: ______________________________</w:t>
            </w:r>
          </w:p>
        </w:tc>
      </w:tr>
      <w:tr w:rsidR="001A7832" w:rsidRPr="0052733D" w14:paraId="6EF5E793" w14:textId="77777777">
        <w:trPr>
          <w:trHeight w:val="403"/>
          <w:jc w:val="center"/>
        </w:trPr>
        <w:tc>
          <w:tcPr>
            <w:tcW w:w="3384" w:type="dxa"/>
          </w:tcPr>
          <w:p w14:paraId="0CA97CF6" w14:textId="77777777" w:rsidR="001A7832" w:rsidRPr="0052733D" w:rsidRDefault="001A7832">
            <w:pPr>
              <w:rPr>
                <w:lang w:val="sl-SI"/>
              </w:rPr>
            </w:pPr>
          </w:p>
        </w:tc>
        <w:tc>
          <w:tcPr>
            <w:tcW w:w="7128" w:type="dxa"/>
          </w:tcPr>
          <w:p w14:paraId="5D2BA8C1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6AC1EF15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103E571A" w14:textId="77777777">
        <w:trPr>
          <w:jc w:val="center"/>
        </w:trPr>
        <w:tc>
          <w:tcPr>
            <w:tcW w:w="3384" w:type="dxa"/>
            <w:vAlign w:val="center"/>
          </w:tcPr>
          <w:p w14:paraId="2CFDDC0F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F_04</w:t>
            </w:r>
            <w:r w:rsidRPr="0052733D">
              <w:rPr>
                <w:b/>
                <w:sz w:val="17"/>
                <w:lang w:val="sl-SI"/>
              </w:rPr>
              <w:br/>
              <w:t>Izjave za DDV</w:t>
            </w:r>
          </w:p>
        </w:tc>
        <w:tc>
          <w:tcPr>
            <w:tcW w:w="7128" w:type="dxa"/>
            <w:vAlign w:val="center"/>
          </w:tcPr>
          <w:p w14:paraId="21F006B7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Priloga / datoteka: ______________________________</w:t>
            </w:r>
          </w:p>
        </w:tc>
      </w:tr>
      <w:tr w:rsidR="001A7832" w:rsidRPr="0052733D" w14:paraId="23996220" w14:textId="77777777">
        <w:trPr>
          <w:trHeight w:val="403"/>
          <w:jc w:val="center"/>
        </w:trPr>
        <w:tc>
          <w:tcPr>
            <w:tcW w:w="3384" w:type="dxa"/>
          </w:tcPr>
          <w:p w14:paraId="42A031E6" w14:textId="77777777" w:rsidR="001A7832" w:rsidRPr="0052733D" w:rsidRDefault="001A7832">
            <w:pPr>
              <w:rPr>
                <w:lang w:val="sl-SI"/>
              </w:rPr>
            </w:pPr>
          </w:p>
        </w:tc>
        <w:tc>
          <w:tcPr>
            <w:tcW w:w="7128" w:type="dxa"/>
          </w:tcPr>
          <w:p w14:paraId="16A719E7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4E5629BC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6613961F" w14:textId="77777777">
        <w:trPr>
          <w:jc w:val="center"/>
        </w:trPr>
        <w:tc>
          <w:tcPr>
            <w:tcW w:w="3384" w:type="dxa"/>
            <w:vAlign w:val="center"/>
          </w:tcPr>
          <w:p w14:paraId="5A8BEF68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F_05</w:t>
            </w:r>
            <w:r w:rsidRPr="0052733D">
              <w:rPr>
                <w:b/>
                <w:sz w:val="17"/>
                <w:lang w:val="sl-SI"/>
              </w:rPr>
              <w:br/>
              <w:t>Dokazila o poravnanih davkih in prispevkih</w:t>
            </w:r>
          </w:p>
        </w:tc>
        <w:tc>
          <w:tcPr>
            <w:tcW w:w="7128" w:type="dxa"/>
            <w:vAlign w:val="center"/>
          </w:tcPr>
          <w:p w14:paraId="456C4804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Priloga / datoteka: ______________________________</w:t>
            </w:r>
          </w:p>
        </w:tc>
      </w:tr>
      <w:tr w:rsidR="001A7832" w:rsidRPr="0052733D" w14:paraId="45213E13" w14:textId="77777777">
        <w:trPr>
          <w:trHeight w:val="403"/>
          <w:jc w:val="center"/>
        </w:trPr>
        <w:tc>
          <w:tcPr>
            <w:tcW w:w="3384" w:type="dxa"/>
          </w:tcPr>
          <w:p w14:paraId="187306D8" w14:textId="77777777" w:rsidR="001A7832" w:rsidRPr="0052733D" w:rsidRDefault="001A7832">
            <w:pPr>
              <w:rPr>
                <w:lang w:val="sl-SI"/>
              </w:rPr>
            </w:pPr>
          </w:p>
        </w:tc>
        <w:tc>
          <w:tcPr>
            <w:tcW w:w="7128" w:type="dxa"/>
          </w:tcPr>
          <w:p w14:paraId="0FDA4F4F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27573778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33BE73DD" w14:textId="77777777">
        <w:trPr>
          <w:jc w:val="center"/>
        </w:trPr>
        <w:tc>
          <w:tcPr>
            <w:tcW w:w="3384" w:type="dxa"/>
            <w:vAlign w:val="center"/>
          </w:tcPr>
          <w:p w14:paraId="57F7C4E5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F_06</w:t>
            </w:r>
            <w:r w:rsidRPr="0052733D">
              <w:rPr>
                <w:b/>
                <w:sz w:val="17"/>
                <w:lang w:val="sl-SI"/>
              </w:rPr>
              <w:br/>
              <w:t>Obvezne priloge, ki izhajajo iz predpisov Evropske unije ali nacionalne zakonodaje glede na tip projekta</w:t>
            </w:r>
          </w:p>
        </w:tc>
        <w:tc>
          <w:tcPr>
            <w:tcW w:w="7128" w:type="dxa"/>
            <w:vAlign w:val="center"/>
          </w:tcPr>
          <w:p w14:paraId="574957E9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Priloga / datoteka: ______________________________</w:t>
            </w:r>
          </w:p>
        </w:tc>
      </w:tr>
      <w:tr w:rsidR="001A7832" w:rsidRPr="00D83847" w14:paraId="17C7302D" w14:textId="77777777">
        <w:trPr>
          <w:trHeight w:val="403"/>
          <w:jc w:val="center"/>
        </w:trPr>
        <w:tc>
          <w:tcPr>
            <w:tcW w:w="3384" w:type="dxa"/>
          </w:tcPr>
          <w:p w14:paraId="7BE0B98D" w14:textId="4CECA319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V primeru gradbeno obrtniških del, za katera je bilo potrebno predhodno pridobiti gradbeno dovoljenje je potrebno priložiti originalno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projektno dokumentacijo oziroma dokumentacijo in skice, iz katere so razvidni:</w:t>
            </w:r>
          </w:p>
          <w:p w14:paraId="773B4065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- tehnična rešitev z detajli predvidenih posegov,</w:t>
            </w:r>
          </w:p>
          <w:p w14:paraId="37224B5E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- projektantski predračun oz. popis del,</w:t>
            </w:r>
          </w:p>
          <w:p w14:paraId="39B2258C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- kopija pravnomočnega gradbenega dovoljenja za objekt ali prostor, ki se glasi na lastnika naložbe.</w:t>
            </w:r>
          </w:p>
          <w:p w14:paraId="025741E2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Če vlagatelj kandidira za pridobitev sredstev samo za del naložbe, mora biti iz investicijsko tehnične dokumentacije razvidno še:</w:t>
            </w:r>
          </w:p>
          <w:p w14:paraId="68871C4B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- popis del in stroškov, ki se nanaša na celotno naložbo,</w:t>
            </w:r>
          </w:p>
          <w:p w14:paraId="225554FF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- ločen popis del in stroškov, ki jih vlagatelj uveljavlja za sofinanciranje po tem projektu,</w:t>
            </w:r>
          </w:p>
          <w:p w14:paraId="3EAA8CC2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- predloženo dokazilo o vrednosti že izvedenih del in stroškov.</w:t>
            </w:r>
          </w:p>
          <w:p w14:paraId="2C6FC68B" w14:textId="62F6F8D5" w:rsidR="001A7832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Kadar gre za naložbe v novogradnje oz. adaptacije prostorov in nakup pripadajoče opreme, ki se nahajajo ali se bodo nahajali v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 xml:space="preserve">objektih zgrajenih tudi za druge namene, se od vseh skupnih stroškov izgradnje oz. adaptacije celotnega objekta (skupni </w:t>
            </w:r>
            <w:r w:rsidRPr="0052733D">
              <w:rPr>
                <w:lang w:val="sl-SI"/>
              </w:rPr>
              <w:lastRenderedPageBreak/>
              <w:t>prostori,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streha, fasada, ipd.) kot opravičljivi stroški priznajo le stroški v sorazmernem deležu glede na neto tlorisno površino objekta, ki jo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prostori zasedajo.</w:t>
            </w:r>
          </w:p>
        </w:tc>
        <w:tc>
          <w:tcPr>
            <w:tcW w:w="7128" w:type="dxa"/>
          </w:tcPr>
          <w:p w14:paraId="5720937E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4F8FFB4C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32AD01AA" w14:textId="77777777">
        <w:trPr>
          <w:jc w:val="center"/>
        </w:trPr>
        <w:tc>
          <w:tcPr>
            <w:tcW w:w="3384" w:type="dxa"/>
            <w:vAlign w:val="center"/>
          </w:tcPr>
          <w:p w14:paraId="61A8815A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F_07</w:t>
            </w:r>
            <w:r w:rsidRPr="0052733D">
              <w:rPr>
                <w:b/>
                <w:sz w:val="17"/>
                <w:lang w:val="sl-SI"/>
              </w:rPr>
              <w:br/>
              <w:t>Del naložbe – popis del in stroškov ter dokazila</w:t>
            </w:r>
          </w:p>
        </w:tc>
        <w:tc>
          <w:tcPr>
            <w:tcW w:w="7128" w:type="dxa"/>
            <w:vAlign w:val="center"/>
          </w:tcPr>
          <w:p w14:paraId="1877455F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Priloga / datoteka: ______________________________</w:t>
            </w:r>
          </w:p>
        </w:tc>
      </w:tr>
      <w:tr w:rsidR="001A7832" w:rsidRPr="0052733D" w14:paraId="4689BA5E" w14:textId="77777777">
        <w:trPr>
          <w:trHeight w:val="403"/>
          <w:jc w:val="center"/>
        </w:trPr>
        <w:tc>
          <w:tcPr>
            <w:tcW w:w="3384" w:type="dxa"/>
          </w:tcPr>
          <w:p w14:paraId="32259A6B" w14:textId="37B4F0ED" w:rsidR="001A7832" w:rsidRPr="0052733D" w:rsidRDefault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Če kandidirate za pridobitev sredstev samo za del naložbe, priložite: popis del in stroškov celotne naložbe; ločen popis del in stroškov,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ki jih vlagatelj uveljavlja za sofinanciranje po tem razpisu; dokazilo o vrednosti že izvedenih del in stroškov.</w:t>
            </w:r>
          </w:p>
        </w:tc>
        <w:tc>
          <w:tcPr>
            <w:tcW w:w="7128" w:type="dxa"/>
          </w:tcPr>
          <w:p w14:paraId="67A1D588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2CBF7A92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0C7C6979" w14:textId="77777777">
        <w:trPr>
          <w:jc w:val="center"/>
        </w:trPr>
        <w:tc>
          <w:tcPr>
            <w:tcW w:w="3384" w:type="dxa"/>
            <w:vAlign w:val="center"/>
          </w:tcPr>
          <w:p w14:paraId="48CE0563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F_08</w:t>
            </w:r>
            <w:r w:rsidRPr="0052733D">
              <w:rPr>
                <w:b/>
                <w:sz w:val="17"/>
                <w:lang w:val="sl-SI"/>
              </w:rPr>
              <w:br/>
              <w:t>Nakup nepremične opreme oz. opreme, ki se namešča v prostor</w:t>
            </w:r>
          </w:p>
        </w:tc>
        <w:tc>
          <w:tcPr>
            <w:tcW w:w="7128" w:type="dxa"/>
            <w:vAlign w:val="center"/>
          </w:tcPr>
          <w:p w14:paraId="22B17258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Priloga / datoteka: ______________________________</w:t>
            </w:r>
          </w:p>
        </w:tc>
      </w:tr>
      <w:tr w:rsidR="001A7832" w:rsidRPr="0052733D" w14:paraId="2F8EFAAA" w14:textId="77777777">
        <w:trPr>
          <w:trHeight w:val="403"/>
          <w:jc w:val="center"/>
        </w:trPr>
        <w:tc>
          <w:tcPr>
            <w:tcW w:w="3384" w:type="dxa"/>
          </w:tcPr>
          <w:p w14:paraId="4D33B4FB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- izris tlorisa prostora z vrisano opremo,</w:t>
            </w:r>
          </w:p>
          <w:p w14:paraId="1BE6EFB8" w14:textId="338B7D01" w:rsidR="001A7832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- kopijo pravnomočnega uporabnega dovoljenja ali kopijo pravnomočnega gradbenega dovoljenja za objekt ali prostor ali potrdilo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upravne enote, da gre za objekt, ki je bil zgrajen pred 31. 12. 1967.</w:t>
            </w:r>
          </w:p>
        </w:tc>
        <w:tc>
          <w:tcPr>
            <w:tcW w:w="7128" w:type="dxa"/>
          </w:tcPr>
          <w:p w14:paraId="0587387E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1B330AC6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5FEF56FF" w14:textId="77777777">
        <w:trPr>
          <w:jc w:val="center"/>
        </w:trPr>
        <w:tc>
          <w:tcPr>
            <w:tcW w:w="3384" w:type="dxa"/>
            <w:vAlign w:val="center"/>
          </w:tcPr>
          <w:p w14:paraId="10311E8E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F_09</w:t>
            </w:r>
            <w:r w:rsidRPr="0052733D">
              <w:rPr>
                <w:b/>
                <w:sz w:val="17"/>
                <w:lang w:val="sl-SI"/>
              </w:rPr>
              <w:br/>
              <w:t>Nakup premične opreme</w:t>
            </w:r>
          </w:p>
        </w:tc>
        <w:tc>
          <w:tcPr>
            <w:tcW w:w="7128" w:type="dxa"/>
            <w:vAlign w:val="center"/>
          </w:tcPr>
          <w:p w14:paraId="476DF225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Priloga / datoteka: ______________________________</w:t>
            </w:r>
          </w:p>
        </w:tc>
      </w:tr>
      <w:tr w:rsidR="001A7832" w:rsidRPr="00D83847" w14:paraId="37D64CE4" w14:textId="77777777">
        <w:trPr>
          <w:trHeight w:val="403"/>
          <w:jc w:val="center"/>
        </w:trPr>
        <w:tc>
          <w:tcPr>
            <w:tcW w:w="3384" w:type="dxa"/>
          </w:tcPr>
          <w:p w14:paraId="568A68A1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V primeru nakupa premične opreme je potrebno:</w:t>
            </w:r>
          </w:p>
          <w:p w14:paraId="16DCC255" w14:textId="77777777" w:rsidR="0004506C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- Opredeliti lokacijo, kjer se bo ta oprema nahajala oz. shranjevala, ko ne bo v uporabi,</w:t>
            </w:r>
          </w:p>
          <w:p w14:paraId="7BE96181" w14:textId="2E17E230" w:rsidR="001A7832" w:rsidRPr="0052733D" w:rsidRDefault="0004506C" w:rsidP="0004506C">
            <w:pPr>
              <w:rPr>
                <w:lang w:val="sl-SI"/>
              </w:rPr>
            </w:pPr>
            <w:r w:rsidRPr="0052733D">
              <w:rPr>
                <w:lang w:val="sl-SI"/>
              </w:rPr>
              <w:t>- Iz vloge (opisa aktivnosti in opisa naložbe) mora biti jasno razvidno, da gre za nakup premične opreme.</w:t>
            </w:r>
          </w:p>
        </w:tc>
        <w:tc>
          <w:tcPr>
            <w:tcW w:w="7128" w:type="dxa"/>
          </w:tcPr>
          <w:p w14:paraId="434E8F25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3350A77D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71577964" w14:textId="77777777">
        <w:trPr>
          <w:jc w:val="center"/>
        </w:trPr>
        <w:tc>
          <w:tcPr>
            <w:tcW w:w="3384" w:type="dxa"/>
            <w:vAlign w:val="center"/>
          </w:tcPr>
          <w:p w14:paraId="38362606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F_10</w:t>
            </w:r>
            <w:r w:rsidRPr="0052733D">
              <w:rPr>
                <w:b/>
                <w:sz w:val="17"/>
                <w:lang w:val="sl-SI"/>
              </w:rPr>
              <w:br/>
              <w:t>Enostavni objekt in lokacijska informacija</w:t>
            </w:r>
          </w:p>
        </w:tc>
        <w:tc>
          <w:tcPr>
            <w:tcW w:w="7128" w:type="dxa"/>
            <w:vAlign w:val="center"/>
          </w:tcPr>
          <w:p w14:paraId="105D9630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Priloga / datoteka: ______________________________</w:t>
            </w:r>
          </w:p>
        </w:tc>
      </w:tr>
      <w:tr w:rsidR="001A7832" w:rsidRPr="00D83847" w14:paraId="2E7AB6BE" w14:textId="77777777">
        <w:trPr>
          <w:trHeight w:val="403"/>
          <w:jc w:val="center"/>
        </w:trPr>
        <w:tc>
          <w:tcPr>
            <w:tcW w:w="3384" w:type="dxa"/>
          </w:tcPr>
          <w:p w14:paraId="552A2F3E" w14:textId="77777777" w:rsidR="00AD18BC" w:rsidRPr="0052733D" w:rsidRDefault="00AD18BC" w:rsidP="00AD18BC">
            <w:pPr>
              <w:rPr>
                <w:lang w:val="sl-SI"/>
              </w:rPr>
            </w:pPr>
            <w:r w:rsidRPr="0052733D">
              <w:rPr>
                <w:lang w:val="sl-SI"/>
              </w:rPr>
              <w:t>V primerih, ko projekt vključuje investicijo v enostavni objekt</w:t>
            </w:r>
          </w:p>
          <w:p w14:paraId="4E633B1C" w14:textId="09475F17" w:rsidR="00AD18BC" w:rsidRPr="0052733D" w:rsidRDefault="00AD18BC" w:rsidP="00AD18BC">
            <w:pPr>
              <w:rPr>
                <w:lang w:val="sl-SI"/>
              </w:rPr>
            </w:pPr>
            <w:r w:rsidRPr="0052733D">
              <w:rPr>
                <w:lang w:val="sl-SI"/>
              </w:rPr>
              <w:t>oziroma ko gre za posege v prostor, za katere ni potrebno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pridobiti upravnih dovoljenj,</w:t>
            </w:r>
          </w:p>
          <w:p w14:paraId="4FDF75FD" w14:textId="77777777" w:rsidR="00AD18BC" w:rsidRPr="0052733D" w:rsidRDefault="00AD18BC" w:rsidP="00AD18BC">
            <w:pPr>
              <w:rPr>
                <w:lang w:val="sl-SI"/>
              </w:rPr>
            </w:pPr>
            <w:r w:rsidRPr="0052733D">
              <w:rPr>
                <w:lang w:val="sl-SI"/>
              </w:rPr>
              <w:t>je potrebno za naveden projekt priložiti lokacijsko informacijo,</w:t>
            </w:r>
          </w:p>
          <w:p w14:paraId="43D8D5E2" w14:textId="1217B306" w:rsidR="001A7832" w:rsidRPr="0052733D" w:rsidRDefault="00AD18BC" w:rsidP="00AD18BC">
            <w:pPr>
              <w:rPr>
                <w:lang w:val="sl-SI"/>
              </w:rPr>
            </w:pPr>
            <w:r w:rsidRPr="0052733D">
              <w:rPr>
                <w:lang w:val="sl-SI"/>
              </w:rPr>
              <w:t>iz katere mora biti razvidno, da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 xml:space="preserve">predviden poseg v prostor izpolnjuje prostorske izvedbene pogoje. Priložiti je treba tudi </w:t>
            </w:r>
            <w:proofErr w:type="spellStart"/>
            <w:r w:rsidRPr="0052733D">
              <w:rPr>
                <w:lang w:val="sl-SI"/>
              </w:rPr>
              <w:t>ortofoto</w:t>
            </w:r>
            <w:proofErr w:type="spellEnd"/>
            <w:r w:rsidRPr="0052733D">
              <w:rPr>
                <w:lang w:val="sl-SI"/>
              </w:rPr>
              <w:t xml:space="preserve"> posnetek z vrisanim objektom.</w:t>
            </w:r>
          </w:p>
        </w:tc>
        <w:tc>
          <w:tcPr>
            <w:tcW w:w="7128" w:type="dxa"/>
          </w:tcPr>
          <w:p w14:paraId="70920FF2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34C16C5E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1A654BD4" w14:textId="77777777">
        <w:trPr>
          <w:jc w:val="center"/>
        </w:trPr>
        <w:tc>
          <w:tcPr>
            <w:tcW w:w="3384" w:type="dxa"/>
            <w:vAlign w:val="center"/>
          </w:tcPr>
          <w:p w14:paraId="7B6727B7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F_12</w:t>
            </w:r>
            <w:r w:rsidRPr="0052733D">
              <w:rPr>
                <w:b/>
                <w:sz w:val="17"/>
                <w:lang w:val="sl-SI"/>
              </w:rPr>
              <w:br/>
              <w:t>Druga dovoljenja in soglasja pristojnih organov</w:t>
            </w:r>
          </w:p>
        </w:tc>
        <w:tc>
          <w:tcPr>
            <w:tcW w:w="7128" w:type="dxa"/>
            <w:vAlign w:val="center"/>
          </w:tcPr>
          <w:p w14:paraId="3F6B81F4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Priloga / datoteka: ______________________________</w:t>
            </w:r>
          </w:p>
        </w:tc>
      </w:tr>
      <w:tr w:rsidR="001A7832" w:rsidRPr="0052733D" w14:paraId="67AAE4C3" w14:textId="77777777">
        <w:trPr>
          <w:trHeight w:val="403"/>
          <w:jc w:val="center"/>
        </w:trPr>
        <w:tc>
          <w:tcPr>
            <w:tcW w:w="3384" w:type="dxa"/>
          </w:tcPr>
          <w:p w14:paraId="3B1AC3DB" w14:textId="10A38B57" w:rsidR="001A7832" w:rsidRPr="0052733D" w:rsidRDefault="00AD18BC">
            <w:pPr>
              <w:rPr>
                <w:lang w:val="sl-SI"/>
              </w:rPr>
            </w:pPr>
            <w:r w:rsidRPr="0052733D">
              <w:rPr>
                <w:lang w:val="sl-SI"/>
              </w:rPr>
              <w:t>V primeru, ko projekt predvideva poseg v prostor ali se projekt izvaja na območju, kjer veljajo okoljske omejitve, zaradi katerih je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potrebno pridobiti soglasje pristojnega organa (Natura 2000, zavarovana območja, območje kulturne dediščine, poplavno območje,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 xml:space="preserve">vodovarstveno območje, varovalni pas </w:t>
            </w:r>
            <w:r w:rsidRPr="0052733D">
              <w:rPr>
                <w:lang w:val="sl-SI"/>
              </w:rPr>
              <w:lastRenderedPageBreak/>
              <w:t>infrastrukture ipd., kar lahko preverite tudi na ustreznih spletnih straneh, navedenih v javnem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pozivu), se priložijo ustrezna soglasja in dovoljenja.</w:t>
            </w:r>
          </w:p>
        </w:tc>
        <w:tc>
          <w:tcPr>
            <w:tcW w:w="7128" w:type="dxa"/>
          </w:tcPr>
          <w:p w14:paraId="0CD8791C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2216F285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375B2D09" w14:textId="77777777">
        <w:trPr>
          <w:jc w:val="center"/>
        </w:trPr>
        <w:tc>
          <w:tcPr>
            <w:tcW w:w="3384" w:type="dxa"/>
            <w:vAlign w:val="center"/>
          </w:tcPr>
          <w:p w14:paraId="65629E73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F_13</w:t>
            </w:r>
            <w:r w:rsidRPr="0052733D">
              <w:rPr>
                <w:b/>
                <w:sz w:val="17"/>
                <w:lang w:val="sl-SI"/>
              </w:rPr>
              <w:br/>
              <w:t>Dokazila o lastništvu nepremičnin (objektov, zemljišč)</w:t>
            </w:r>
          </w:p>
        </w:tc>
        <w:tc>
          <w:tcPr>
            <w:tcW w:w="7128" w:type="dxa"/>
            <w:vAlign w:val="center"/>
          </w:tcPr>
          <w:p w14:paraId="13657C38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Priloga / datoteka: ______________________________</w:t>
            </w:r>
          </w:p>
        </w:tc>
      </w:tr>
      <w:tr w:rsidR="001A7832" w:rsidRPr="00D83847" w14:paraId="12B187A5" w14:textId="77777777">
        <w:trPr>
          <w:trHeight w:val="403"/>
          <w:jc w:val="center"/>
        </w:trPr>
        <w:tc>
          <w:tcPr>
            <w:tcW w:w="3384" w:type="dxa"/>
          </w:tcPr>
          <w:p w14:paraId="6B11D215" w14:textId="49593979" w:rsidR="00AD18BC" w:rsidRPr="0052733D" w:rsidRDefault="00AD18BC" w:rsidP="00AD18BC">
            <w:pPr>
              <w:rPr>
                <w:lang w:val="sl-SI"/>
              </w:rPr>
            </w:pPr>
            <w:r w:rsidRPr="0052733D">
              <w:rPr>
                <w:lang w:val="sl-SI"/>
              </w:rPr>
              <w:t>V primeru projekta, ki vključuje ureditve objektov ter nakup nove nepremične opreme oz. opreme, ki se namešča v prostor, mora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upravičenec / pravna oseba javnega prava dokazati lastništvo nepremičnin – objektov oziroma zemljišč, kjer se bo izvajala naložba.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 xml:space="preserve">Navedite št. parcele in </w:t>
            </w:r>
            <w:proofErr w:type="spellStart"/>
            <w:r w:rsidRPr="0052733D">
              <w:rPr>
                <w:lang w:val="sl-SI"/>
              </w:rPr>
              <w:t>k.o</w:t>
            </w:r>
            <w:proofErr w:type="spellEnd"/>
            <w:r w:rsidRPr="0052733D">
              <w:rPr>
                <w:lang w:val="sl-SI"/>
              </w:rPr>
              <w:t>. ter kot dokazilo priložite zemljiškoknjižni izpisek oz. izpiske.</w:t>
            </w:r>
          </w:p>
          <w:p w14:paraId="3FDB910E" w14:textId="25B5596E" w:rsidR="001A7832" w:rsidRPr="0052733D" w:rsidRDefault="00AD18BC" w:rsidP="00AD18BC">
            <w:pPr>
              <w:rPr>
                <w:lang w:val="sl-SI"/>
              </w:rPr>
            </w:pPr>
            <w:r w:rsidRPr="0052733D">
              <w:rPr>
                <w:lang w:val="sl-SI"/>
              </w:rPr>
              <w:t>V kolikor se naložba nanaša na nakup premične opreme in strojev, dokazil o lastništvu nepremičnin ni potrebno prilagati</w:t>
            </w:r>
          </w:p>
        </w:tc>
        <w:tc>
          <w:tcPr>
            <w:tcW w:w="7128" w:type="dxa"/>
          </w:tcPr>
          <w:p w14:paraId="6558974E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3FAD8588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2000012D" w14:textId="77777777">
        <w:trPr>
          <w:jc w:val="center"/>
        </w:trPr>
        <w:tc>
          <w:tcPr>
            <w:tcW w:w="3384" w:type="dxa"/>
            <w:vAlign w:val="center"/>
          </w:tcPr>
          <w:p w14:paraId="7EE87BE8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F_14</w:t>
            </w:r>
            <w:r w:rsidRPr="0052733D">
              <w:rPr>
                <w:b/>
                <w:sz w:val="17"/>
                <w:lang w:val="sl-SI"/>
              </w:rPr>
              <w:br/>
              <w:t>Najem/zakup nepremičnin – priloga</w:t>
            </w:r>
          </w:p>
        </w:tc>
        <w:tc>
          <w:tcPr>
            <w:tcW w:w="7128" w:type="dxa"/>
            <w:vAlign w:val="center"/>
          </w:tcPr>
          <w:p w14:paraId="37E67AC1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Priloga / datoteka: ______________________________</w:t>
            </w:r>
          </w:p>
        </w:tc>
      </w:tr>
      <w:tr w:rsidR="001A7832" w:rsidRPr="0052733D" w14:paraId="4C6115B9" w14:textId="77777777">
        <w:trPr>
          <w:trHeight w:val="403"/>
          <w:jc w:val="center"/>
        </w:trPr>
        <w:tc>
          <w:tcPr>
            <w:tcW w:w="3384" w:type="dxa"/>
          </w:tcPr>
          <w:p w14:paraId="4192F9BC" w14:textId="77777777" w:rsidR="00AD18BC" w:rsidRPr="0052733D" w:rsidRDefault="00AD18BC" w:rsidP="00AD18BC">
            <w:pPr>
              <w:rPr>
                <w:lang w:val="sl-SI"/>
              </w:rPr>
            </w:pPr>
            <w:r w:rsidRPr="0052733D">
              <w:rPr>
                <w:lang w:val="sl-SI"/>
              </w:rPr>
              <w:t>Če upravičenec / pravna oseba javnega prava ni lastnik nepremičnin, mora poleg dokazil iz predhodne točke obvezno priložiti še:</w:t>
            </w:r>
          </w:p>
          <w:p w14:paraId="3E8366C1" w14:textId="7EFEAA33" w:rsidR="00AD18BC" w:rsidRPr="0052733D" w:rsidRDefault="00AD18BC" w:rsidP="00AD18BC">
            <w:pPr>
              <w:rPr>
                <w:lang w:val="sl-SI"/>
              </w:rPr>
            </w:pPr>
            <w:r w:rsidRPr="0052733D">
              <w:rPr>
                <w:lang w:val="sl-SI"/>
              </w:rPr>
              <w:t>- kopijo overjene pogodbe o najemu, zakupu, služnosti ali stavbni pravici za obdobje najmanj pet let po zaključku projekta (obvezno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dokazilo) in</w:t>
            </w:r>
          </w:p>
          <w:p w14:paraId="3B39E4A1" w14:textId="5209E290" w:rsidR="001A7832" w:rsidRPr="0052733D" w:rsidRDefault="00AD18BC" w:rsidP="00AD18BC">
            <w:pPr>
              <w:rPr>
                <w:lang w:val="sl-SI"/>
              </w:rPr>
            </w:pPr>
            <w:r w:rsidRPr="0052733D">
              <w:rPr>
                <w:lang w:val="sl-SI"/>
              </w:rPr>
              <w:t>- kopijo overjenega soglasja lastnika(-ov) ali solastnika (-ov), da naložba ni v nasprotju s pogodbo. (obvezno dokazilo)</w:t>
            </w:r>
          </w:p>
        </w:tc>
        <w:tc>
          <w:tcPr>
            <w:tcW w:w="7128" w:type="dxa"/>
          </w:tcPr>
          <w:p w14:paraId="3704C0B1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438B48BA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6CB917CC" w14:textId="77777777">
        <w:trPr>
          <w:jc w:val="center"/>
        </w:trPr>
        <w:tc>
          <w:tcPr>
            <w:tcW w:w="3384" w:type="dxa"/>
            <w:vAlign w:val="center"/>
          </w:tcPr>
          <w:p w14:paraId="5171DE56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F_15</w:t>
            </w:r>
            <w:r w:rsidRPr="0052733D">
              <w:rPr>
                <w:b/>
                <w:sz w:val="17"/>
                <w:lang w:val="sl-SI"/>
              </w:rPr>
              <w:br/>
              <w:t>Dodatna investicijsko tehnična dokumentacija / letni načrt dela in finančni načrt</w:t>
            </w:r>
          </w:p>
        </w:tc>
        <w:tc>
          <w:tcPr>
            <w:tcW w:w="7128" w:type="dxa"/>
            <w:vAlign w:val="center"/>
          </w:tcPr>
          <w:p w14:paraId="186B701F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Priloga / datoteka: ______________________________</w:t>
            </w:r>
          </w:p>
        </w:tc>
      </w:tr>
      <w:tr w:rsidR="001A7832" w:rsidRPr="0052733D" w14:paraId="2B52E7EB" w14:textId="77777777">
        <w:trPr>
          <w:trHeight w:val="403"/>
          <w:jc w:val="center"/>
        </w:trPr>
        <w:tc>
          <w:tcPr>
            <w:tcW w:w="3384" w:type="dxa"/>
          </w:tcPr>
          <w:p w14:paraId="731B13CD" w14:textId="0AD45F2A" w:rsidR="00AD18BC" w:rsidRPr="0052733D" w:rsidRDefault="00AD18BC" w:rsidP="00AD18BC">
            <w:pPr>
              <w:rPr>
                <w:lang w:val="sl-SI"/>
              </w:rPr>
            </w:pPr>
            <w:r w:rsidRPr="0052733D">
              <w:rPr>
                <w:lang w:val="sl-SI"/>
              </w:rPr>
              <w:t>Javni zavod, RRA ipd. pa mora za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ESRR priložiti še npr. potrjen letni načrt dela in finančni načrt ipd.</w:t>
            </w:r>
          </w:p>
          <w:p w14:paraId="7BD44384" w14:textId="14ED6A7E" w:rsidR="00AD18BC" w:rsidRPr="0052733D" w:rsidRDefault="00AD18BC" w:rsidP="00AD18BC">
            <w:pPr>
              <w:rPr>
                <w:lang w:val="sl-SI"/>
              </w:rPr>
            </w:pPr>
            <w:r w:rsidRPr="0052733D">
              <w:rPr>
                <w:lang w:val="sl-SI"/>
              </w:rPr>
              <w:t>Dodatna investicijsko tehnična dokumentacija, ki jo morajo priložiti lokalne skupnosti (občine):</w:t>
            </w:r>
          </w:p>
          <w:p w14:paraId="192F0FDF" w14:textId="77777777" w:rsidR="00AD18BC" w:rsidRPr="0052733D" w:rsidRDefault="00AD18BC" w:rsidP="00AD18BC">
            <w:pPr>
              <w:rPr>
                <w:lang w:val="sl-SI"/>
              </w:rPr>
            </w:pPr>
            <w:r w:rsidRPr="0052733D">
              <w:rPr>
                <w:lang w:val="sl-SI"/>
              </w:rPr>
              <w:t>- Investicijski program ali Dokument identifikacije investicijskega projekta (DIIP);</w:t>
            </w:r>
          </w:p>
          <w:p w14:paraId="3D80ADA9" w14:textId="77777777" w:rsidR="00AD18BC" w:rsidRPr="0052733D" w:rsidRDefault="00AD18BC" w:rsidP="00AD18BC">
            <w:pPr>
              <w:rPr>
                <w:lang w:val="sl-SI"/>
              </w:rPr>
            </w:pPr>
            <w:r w:rsidRPr="0052733D">
              <w:rPr>
                <w:lang w:val="sl-SI"/>
              </w:rPr>
              <w:t>- Sklep o potrditvi investicijskega programa ali DIIP-a.</w:t>
            </w:r>
          </w:p>
          <w:p w14:paraId="0C930975" w14:textId="77777777" w:rsidR="00AD18BC" w:rsidRPr="0052733D" w:rsidRDefault="00AD18BC" w:rsidP="00AD18BC">
            <w:pPr>
              <w:rPr>
                <w:lang w:val="sl-SI"/>
              </w:rPr>
            </w:pPr>
            <w:r w:rsidRPr="0052733D">
              <w:rPr>
                <w:lang w:val="sl-SI"/>
              </w:rPr>
              <w:t>- Izpolnjen obrazec 3 iz Načrta razvojnih programov občine ali poseben del proračuna:</w:t>
            </w:r>
          </w:p>
          <w:p w14:paraId="7FDE97E7" w14:textId="6384414B" w:rsidR="00AD18BC" w:rsidRPr="0052733D" w:rsidRDefault="00AD18BC" w:rsidP="00AD18BC">
            <w:pPr>
              <w:rPr>
                <w:lang w:val="sl-SI"/>
              </w:rPr>
            </w:pPr>
            <w:r w:rsidRPr="0052733D">
              <w:rPr>
                <w:lang w:val="sl-SI"/>
              </w:rPr>
              <w:t>V primeru, da je upravičenec projekta občina mora biti projekt ustrezno opredeljen v veljavnem aktu o proračunu samoupravne lokalne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 xml:space="preserve">skupnosti, in sicer projekt investicijskega značaja v načrtu razvojnih programov - NRP (tretji del proračuna), </w:t>
            </w:r>
            <w:proofErr w:type="spellStart"/>
            <w:r w:rsidRPr="0052733D">
              <w:rPr>
                <w:lang w:val="sl-SI"/>
              </w:rPr>
              <w:t>neinvesticijski</w:t>
            </w:r>
            <w:proofErr w:type="spellEnd"/>
            <w:r w:rsidRPr="0052733D">
              <w:rPr>
                <w:lang w:val="sl-SI"/>
              </w:rPr>
              <w:t xml:space="preserve"> projekt pav posebnem delu proračuna oziroma v njegovih obrazložitvah.</w:t>
            </w:r>
          </w:p>
          <w:p w14:paraId="19768749" w14:textId="77777777" w:rsidR="00AD18BC" w:rsidRPr="0052733D" w:rsidRDefault="00AD18BC" w:rsidP="00AD18BC">
            <w:pPr>
              <w:rPr>
                <w:lang w:val="sl-SI"/>
              </w:rPr>
            </w:pPr>
            <w:r w:rsidRPr="0052733D">
              <w:rPr>
                <w:lang w:val="sl-SI"/>
              </w:rPr>
              <w:lastRenderedPageBreak/>
              <w:t>V kolikor naziv, zneski in/ali viri niso usklajeni z vlogo</w:t>
            </w:r>
          </w:p>
          <w:p w14:paraId="7330B37D" w14:textId="7C27848D" w:rsidR="00AD18BC" w:rsidRPr="0052733D" w:rsidRDefault="00AD18BC" w:rsidP="00AD18BC">
            <w:pPr>
              <w:rPr>
                <w:lang w:val="sl-SI"/>
              </w:rPr>
            </w:pPr>
            <w:r w:rsidRPr="0052733D">
              <w:rPr>
                <w:lang w:val="sl-SI"/>
              </w:rPr>
              <w:t>, mora biti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priložena izjava oz. izjave vseh partnerskih občin, da bodo v skladu z vlogo, do predložitve prvega zahtevka za izplačilo uskladili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projekt v NRP (vrednostno, po virih, po letih in v nazivu). Torej k vlogi/prijavi mora biti priložen NRP ali poseben del proračuna, glede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na projekt, v kolikor naziv, zneski in/ali viri niso usklajeni z vlogo bo potrebno k vlogi priložiti še izjavo.</w:t>
            </w:r>
          </w:p>
          <w:p w14:paraId="2E62B68D" w14:textId="2A768D43" w:rsidR="00AD18BC" w:rsidRPr="0052733D" w:rsidRDefault="00AD18BC" w:rsidP="00AD18BC">
            <w:pPr>
              <w:rPr>
                <w:lang w:val="sl-SI"/>
              </w:rPr>
            </w:pPr>
            <w:r w:rsidRPr="0052733D">
              <w:rPr>
                <w:lang w:val="sl-SI"/>
              </w:rPr>
              <w:t>V primeru, da je prijavitelj/partner regionalna razvojna agencije ali javni zavod in iz finančne konstrukcije operacije izhaja, da le-ta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zagotavlja določen del sredstev za sofinanciranje projekta mora k vlogi priložiti ustrezno dokumentacijo, iz katere izhaja, da ima za</w:t>
            </w:r>
            <w:r w:rsidR="0052733D">
              <w:rPr>
                <w:lang w:val="sl-SI"/>
              </w:rPr>
              <w:t xml:space="preserve"> </w:t>
            </w:r>
            <w:r w:rsidRPr="0052733D">
              <w:rPr>
                <w:lang w:val="sl-SI"/>
              </w:rPr>
              <w:t>izvedbo operacije zagotovljena sredstva (npr. potrjen letni program dela in finančni načrt, ipd.).</w:t>
            </w:r>
          </w:p>
          <w:p w14:paraId="13D2D257" w14:textId="1C0207AE" w:rsidR="001A7832" w:rsidRPr="0052733D" w:rsidRDefault="00AD18BC" w:rsidP="00AD18BC">
            <w:pPr>
              <w:rPr>
                <w:lang w:val="sl-SI"/>
              </w:rPr>
            </w:pPr>
            <w:r w:rsidRPr="0052733D">
              <w:rPr>
                <w:lang w:val="sl-SI"/>
              </w:rPr>
              <w:t>F_</w:t>
            </w:r>
          </w:p>
        </w:tc>
        <w:tc>
          <w:tcPr>
            <w:tcW w:w="7128" w:type="dxa"/>
          </w:tcPr>
          <w:p w14:paraId="19DC165F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2697FF0F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3A05405C" w14:textId="77777777">
        <w:trPr>
          <w:jc w:val="center"/>
        </w:trPr>
        <w:tc>
          <w:tcPr>
            <w:tcW w:w="3384" w:type="dxa"/>
            <w:vAlign w:val="center"/>
          </w:tcPr>
          <w:p w14:paraId="3020B060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F_16</w:t>
            </w:r>
            <w:r w:rsidRPr="0052733D">
              <w:rPr>
                <w:b/>
                <w:sz w:val="17"/>
                <w:lang w:val="sl-SI"/>
              </w:rPr>
              <w:br/>
              <w:t>Izjava o zagotovljenih lastnih finančnih in človeških virih</w:t>
            </w:r>
          </w:p>
        </w:tc>
        <w:tc>
          <w:tcPr>
            <w:tcW w:w="7128" w:type="dxa"/>
            <w:vAlign w:val="center"/>
          </w:tcPr>
          <w:p w14:paraId="711B291D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Priloga / datoteka: ______________________________</w:t>
            </w:r>
          </w:p>
        </w:tc>
      </w:tr>
      <w:tr w:rsidR="001A7832" w:rsidRPr="0052733D" w14:paraId="1F45E352" w14:textId="77777777">
        <w:trPr>
          <w:trHeight w:val="403"/>
          <w:jc w:val="center"/>
        </w:trPr>
        <w:tc>
          <w:tcPr>
            <w:tcW w:w="3384" w:type="dxa"/>
          </w:tcPr>
          <w:p w14:paraId="7682E8F4" w14:textId="77777777" w:rsidR="001A7832" w:rsidRPr="0052733D" w:rsidRDefault="001A7832">
            <w:pPr>
              <w:rPr>
                <w:lang w:val="sl-SI"/>
              </w:rPr>
            </w:pPr>
          </w:p>
        </w:tc>
        <w:tc>
          <w:tcPr>
            <w:tcW w:w="7128" w:type="dxa"/>
          </w:tcPr>
          <w:p w14:paraId="172FC930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572E930F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247B6444" w14:textId="77777777">
        <w:trPr>
          <w:jc w:val="center"/>
        </w:trPr>
        <w:tc>
          <w:tcPr>
            <w:tcW w:w="3384" w:type="dxa"/>
            <w:vAlign w:val="center"/>
          </w:tcPr>
          <w:p w14:paraId="30CC9139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F_18</w:t>
            </w:r>
            <w:r w:rsidRPr="0052733D">
              <w:rPr>
                <w:b/>
                <w:sz w:val="17"/>
                <w:lang w:val="sl-SI"/>
              </w:rPr>
              <w:br/>
              <w:t>Izjava o upravičenosti do predplačila po ZIPRS</w:t>
            </w:r>
          </w:p>
        </w:tc>
        <w:tc>
          <w:tcPr>
            <w:tcW w:w="7128" w:type="dxa"/>
            <w:vAlign w:val="center"/>
          </w:tcPr>
          <w:p w14:paraId="32EC0B54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Priloga / datoteka: ______________________________</w:t>
            </w:r>
          </w:p>
        </w:tc>
      </w:tr>
      <w:tr w:rsidR="001A7832" w:rsidRPr="0052733D" w14:paraId="1F78225F" w14:textId="77777777">
        <w:trPr>
          <w:trHeight w:val="403"/>
          <w:jc w:val="center"/>
        </w:trPr>
        <w:tc>
          <w:tcPr>
            <w:tcW w:w="3384" w:type="dxa"/>
          </w:tcPr>
          <w:p w14:paraId="2CC25ADF" w14:textId="77777777" w:rsidR="001A7832" w:rsidRPr="0052733D" w:rsidRDefault="001A7832">
            <w:pPr>
              <w:rPr>
                <w:lang w:val="sl-SI"/>
              </w:rPr>
            </w:pPr>
          </w:p>
        </w:tc>
        <w:tc>
          <w:tcPr>
            <w:tcW w:w="7128" w:type="dxa"/>
          </w:tcPr>
          <w:p w14:paraId="3724F281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5ECB5261" w14:textId="77777777" w:rsidR="001A7832" w:rsidRPr="0052733D" w:rsidRDefault="001A7832">
      <w:pPr>
        <w:spacing w:after="20"/>
        <w:rPr>
          <w:lang w:val="sl-SI"/>
        </w:rPr>
      </w:pPr>
    </w:p>
    <w:tbl>
      <w:tblPr>
        <w:tblStyle w:val="Tabelamre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84"/>
        <w:gridCol w:w="7128"/>
      </w:tblGrid>
      <w:tr w:rsidR="001A7832" w:rsidRPr="0052733D" w14:paraId="4ADD6C40" w14:textId="77777777">
        <w:trPr>
          <w:jc w:val="center"/>
        </w:trPr>
        <w:tc>
          <w:tcPr>
            <w:tcW w:w="3384" w:type="dxa"/>
            <w:vAlign w:val="center"/>
          </w:tcPr>
          <w:p w14:paraId="39243219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b/>
                <w:sz w:val="17"/>
                <w:lang w:val="sl-SI"/>
              </w:rPr>
              <w:t>F_18</w:t>
            </w:r>
            <w:r w:rsidRPr="0052733D">
              <w:rPr>
                <w:b/>
                <w:sz w:val="17"/>
                <w:lang w:val="sl-SI"/>
              </w:rPr>
              <w:br/>
              <w:t>Druge priloge</w:t>
            </w:r>
          </w:p>
        </w:tc>
        <w:tc>
          <w:tcPr>
            <w:tcW w:w="7128" w:type="dxa"/>
            <w:vAlign w:val="center"/>
          </w:tcPr>
          <w:p w14:paraId="3CA2C146" w14:textId="77777777" w:rsidR="001A7832" w:rsidRPr="0052733D" w:rsidRDefault="00000000">
            <w:pPr>
              <w:rPr>
                <w:lang w:val="sl-SI"/>
              </w:rPr>
            </w:pPr>
            <w:r w:rsidRPr="0052733D">
              <w:rPr>
                <w:lang w:val="sl-SI"/>
              </w:rPr>
              <w:t xml:space="preserve">  </w:t>
            </w:r>
            <w:r w:rsidRPr="0052733D">
              <w:rPr>
                <w:i/>
                <w:sz w:val="16"/>
                <w:lang w:val="sl-SI"/>
              </w:rPr>
              <w:t>Priloga / datoteka: ______________________________</w:t>
            </w:r>
          </w:p>
        </w:tc>
      </w:tr>
      <w:tr w:rsidR="001A7832" w:rsidRPr="0052733D" w14:paraId="7F4FE340" w14:textId="77777777">
        <w:trPr>
          <w:trHeight w:val="403"/>
          <w:jc w:val="center"/>
        </w:trPr>
        <w:tc>
          <w:tcPr>
            <w:tcW w:w="3384" w:type="dxa"/>
          </w:tcPr>
          <w:p w14:paraId="2B8EBA94" w14:textId="77777777" w:rsidR="001A7832" w:rsidRPr="0052733D" w:rsidRDefault="001A7832">
            <w:pPr>
              <w:rPr>
                <w:lang w:val="sl-SI"/>
              </w:rPr>
            </w:pPr>
          </w:p>
        </w:tc>
        <w:tc>
          <w:tcPr>
            <w:tcW w:w="7128" w:type="dxa"/>
          </w:tcPr>
          <w:p w14:paraId="1D9885C0" w14:textId="77777777" w:rsidR="001A7832" w:rsidRPr="0052733D" w:rsidRDefault="001A7832">
            <w:pPr>
              <w:rPr>
                <w:lang w:val="sl-SI"/>
              </w:rPr>
            </w:pPr>
          </w:p>
        </w:tc>
      </w:tr>
    </w:tbl>
    <w:p w14:paraId="36CDF98C" w14:textId="77777777" w:rsidR="001A7832" w:rsidRPr="0052733D" w:rsidRDefault="001A7832">
      <w:pPr>
        <w:spacing w:after="20"/>
        <w:rPr>
          <w:lang w:val="sl-SI"/>
        </w:rPr>
      </w:pPr>
    </w:p>
    <w:p w14:paraId="16EB4DE6" w14:textId="77777777" w:rsidR="001A7832" w:rsidRPr="0052733D" w:rsidRDefault="001A7832">
      <w:pPr>
        <w:rPr>
          <w:lang w:val="sl-SI"/>
        </w:rPr>
      </w:pPr>
    </w:p>
    <w:p w14:paraId="5C182275" w14:textId="77777777" w:rsidR="001A7832" w:rsidRPr="0052733D" w:rsidRDefault="00000000">
      <w:pPr>
        <w:rPr>
          <w:lang w:val="sl-SI"/>
        </w:rPr>
      </w:pPr>
      <w:r w:rsidRPr="0052733D">
        <w:rPr>
          <w:b/>
          <w:lang w:val="sl-SI"/>
        </w:rPr>
        <w:t xml:space="preserve">Kraj in datum: </w:t>
      </w:r>
      <w:r w:rsidRPr="0052733D">
        <w:rPr>
          <w:lang w:val="sl-SI"/>
        </w:rPr>
        <w:t xml:space="preserve">____________________________    </w:t>
      </w:r>
      <w:r w:rsidRPr="0052733D">
        <w:rPr>
          <w:b/>
          <w:lang w:val="sl-SI"/>
        </w:rPr>
        <w:t xml:space="preserve">Podpis odgovorne osebe: </w:t>
      </w:r>
      <w:r w:rsidRPr="0052733D">
        <w:rPr>
          <w:lang w:val="sl-SI"/>
        </w:rPr>
        <w:t>____________________________</w:t>
      </w:r>
    </w:p>
    <w:p w14:paraId="24EEBB4C" w14:textId="77777777" w:rsidR="001A7832" w:rsidRPr="0052733D" w:rsidRDefault="00000000">
      <w:pPr>
        <w:rPr>
          <w:lang w:val="sl-SI"/>
        </w:rPr>
      </w:pPr>
      <w:r w:rsidRPr="0052733D">
        <w:rPr>
          <w:b/>
          <w:lang w:val="sl-SI"/>
        </w:rPr>
        <w:t xml:space="preserve">Žig: </w:t>
      </w:r>
      <w:r w:rsidRPr="0052733D">
        <w:rPr>
          <w:lang w:val="sl-SI"/>
        </w:rPr>
        <w:t>____________________________</w:t>
      </w:r>
    </w:p>
    <w:sectPr w:rsidR="001A7832" w:rsidRPr="0052733D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4398981">
    <w:abstractNumId w:val="8"/>
  </w:num>
  <w:num w:numId="2" w16cid:durableId="945576874">
    <w:abstractNumId w:val="6"/>
  </w:num>
  <w:num w:numId="3" w16cid:durableId="1468927">
    <w:abstractNumId w:val="5"/>
  </w:num>
  <w:num w:numId="4" w16cid:durableId="2049522739">
    <w:abstractNumId w:val="4"/>
  </w:num>
  <w:num w:numId="5" w16cid:durableId="1616521978">
    <w:abstractNumId w:val="7"/>
  </w:num>
  <w:num w:numId="6" w16cid:durableId="2042239755">
    <w:abstractNumId w:val="3"/>
  </w:num>
  <w:num w:numId="7" w16cid:durableId="1150026338">
    <w:abstractNumId w:val="2"/>
  </w:num>
  <w:num w:numId="8" w16cid:durableId="553855118">
    <w:abstractNumId w:val="1"/>
  </w:num>
  <w:num w:numId="9" w16cid:durableId="1444614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4BC6"/>
    <w:rsid w:val="00034616"/>
    <w:rsid w:val="0004506C"/>
    <w:rsid w:val="0006063C"/>
    <w:rsid w:val="0015074B"/>
    <w:rsid w:val="00195CA7"/>
    <w:rsid w:val="001A7832"/>
    <w:rsid w:val="0029639D"/>
    <w:rsid w:val="00326F90"/>
    <w:rsid w:val="0052733D"/>
    <w:rsid w:val="00692E03"/>
    <w:rsid w:val="00AA1D8D"/>
    <w:rsid w:val="00AD18BC"/>
    <w:rsid w:val="00B47730"/>
    <w:rsid w:val="00CB0664"/>
    <w:rsid w:val="00D83847"/>
    <w:rsid w:val="00E769F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3A933E"/>
  <w14:defaultImageDpi w14:val="300"/>
  <w15:docId w15:val="{8FF6A532-77BC-4058-833C-77F03A8D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93F"/>
    <w:rPr>
      <w:rFonts w:ascii="Arial" w:hAnsi="Arial"/>
      <w:sz w:val="18"/>
    </w:rPr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2896</Words>
  <Characters>16510</Characters>
  <Application>Microsoft Office Word</Application>
  <DocSecurity>0</DocSecurity>
  <Lines>137</Lines>
  <Paragraphs>38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19368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PRA GIZ</cp:lastModifiedBy>
  <cp:revision>5</cp:revision>
  <dcterms:created xsi:type="dcterms:W3CDTF">2026-08-12T10:32:00Z</dcterms:created>
  <dcterms:modified xsi:type="dcterms:W3CDTF">2026-08-12T10:47:00Z</dcterms:modified>
  <cp:category/>
</cp:coreProperties>
</file>